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📘 תיכון · רגיל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📘 תיכון ·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חידוש ברית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חזון משותף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תרגום והנגשה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בין־דורי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🛡️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חוסן קהילתי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כיסופים לירושלים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לפי המסורת, החג 【מהדהד】 את חידוש הברית בימי עזרא ונחמיה.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ברית איננה אירוע חד־פעמי אלא 【מחויבות】 שיש לרענן.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החזרה השנתית אל הטקס יוצרת 【רצף】 בין הדורות.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העלייה להר היא 【שחזור】 סמלי של מעמד קבלת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המנהיג הרוחני אינו שומר את הידע לעצמו אלא 【מנגיש】 אותו לכולם.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סמכות הקסים לא נבעה מכוח או מ【שררה】.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הכיסופים המשותפים שמרו על ה【לכידות】 של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קהילה שנשאה חזון מאות שנים יכולה להיות 【השראה】 לכולנו.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 – כי החזרה אל רגע ההתחייבות מעצבת את זהות הקהילה בהווה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 – היא מעגנת את החג ברצף היסטורי ורעיוני של חידוש 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 – הנגשת ידע לכולם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ד – מידע, מיושרה ומשמירה על חזון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שכיסופים משותפים יכולים להפוך לחזון ולמקור של חוסן קהילתי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ד – שהמקום השתנה אך הכוונה והערכים נשמרו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 – כדי להמחיש את הרעיון של רצף בין הדורות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ב – מה החלומות המשותפים שלנו ואיך שומרים עליהם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ברית איננה אירוע חד־פעמי אלא מחויבות שיש לרענן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מאחר שגעז הייתה שפה עתיקה תרגמו הקסים לאמהרית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ההר הוחלף בטיילת אבל המבט נשאר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כאשר קהילה מתגעגעת יחד הגעגוע הופך לחזון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מנהיגות רוחנית מתבטאת בהקשבה ובהתמדה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החג חל אחרי יום הכיפורים ולכן הוא השלמה לימי התשובה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מילות קישור: ניגוד, סיבה ותוצאה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מאחר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לפיכך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בזכות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משום כך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משפט מאוחה ומשפט מורכב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מאוחה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מורכב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פשוט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מורכב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ג – מאוחים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 – סיבה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בניינים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הופעל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התפעל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מחוון פסקת טיעון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 ומדויקת ביחס לציטוט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נימוקים מבוססים ומפותחים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 מוחשית רלוונטית וקישור לטקסט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התייחסות לעמדה נגדית וסיכום עם מסקנה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לכידות: מילות קישור מגוונות ומדויקות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לשון: תחביר, כתיב ופיסוק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משמעות השם סיגד? – השתחוות, סגידה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מעמד מקראי מקושר לחג לפי המסורת? – חידוש הברית בימי עזרא ונחמיה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בכמה ימים אחרי יום הכיפורים חל החג? – חמישים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מסמל ההר בחג? – את הר סיני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מילת הקישור "לפיכך" מבטאת: –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באיזה בניין הפועל "התגעגעו"? –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"החלום התגשם, אולם החג נשאר" – זהו משפט: – מאוחה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ממה נבעה סמכות הקסים, לפי טקסט 2? – מידע, מיושרה ומחזון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כיצד הפכו הכיסופים למקור של חוסן? – הם הפכו לחזון משותף שחיזק את הלכידות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מחליף כיום את ההר בירושלים? – טיילת גבוהה הצופה אל העיר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איזו פסוקית מבטאת סיבה? – מאחר שגעז הייתה עתיקה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מה הרעיון המרכזי של טקסט 1? – זהות נבנית מבחירה חוזרת וממחויבות מתחדשת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ציטוט לדיון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מקרינים את המשפט "מסורת חיה כל עוד יש מי שמחדש אותה" ושואלים: מסכימים? למה? דיון קצר בזוגות.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בשיטת מומחים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קבוצות קוראות כל אחת טקסט אחד, מסמנות טענה מרכזית ושתי ראיות, ומלמדות את שאר הכיתה.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הבנה, הסקה והשוואה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פותרים את שאלות הבחירה; בכל שאלת "למה" נדרש ציטוט תומך מן הטקסט.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תחביר ולשון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מילות קישור, משפט מאוחה ומורכב ובניינים – כל קבוצה מוצאת בטקסט שלה שתי דוגמאות לכל נושא ומציגה.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כתיבת טיעון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מציגים את שאלת הטיעון ואת המחוון; התלמידים כותבים פתיחה ונימוק ראשון, ומשלימים בבית או בשיעור הבא.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 וכרטיס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סבב מהיר של החידון או כרטיס יציאה כתוב.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טיפים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הציגו את המסורת בלשון "לפי המסורת" ו"בני הקהילה מספרים", והבחינו בין מסורת לבין עובדה היסטורית.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דאגו שהדיון במנהיגות יישאר בתחום הקהילה, בית הספר ותנועות הנוער, ולא יגלוש לפוליטיקה עכשווית.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תלמידים מן הקהילה הם מומחים אפשריים – הזמינו אותם לתרום אם ירצו, בלי להציב אותם כנציגים.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את המחוון אפשר להעביר מראש כדי שהתלמידים יבדקו את עצמם, ולבקש משוב עמיתים.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לתלמידים מתקשים תנו את מחסן המילים ופתיחי המשפטים, והגבילו את הכתיבה לנימוק אחד ודוגמה אחת.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📘 תיכון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