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 הסיגד לכולם</w:t>
      </w:r>
    </w:p>
    <w:p>
      <w:pPr>
        <w:bidi/>
        <w:jc w:val="center"/>
      </w:pPr>
      <w:r>
        <w:rPr>
          <w:rFonts w:ascii="Arial" w:hAnsi="Arial" w:cs="Arial"/>
          <w:color w:val="555577"/>
          <w:sz w:val="28"/>
          <w:rtl/>
          <w:szCs w:val="28"/>
        </w:rPr>
        <w:t>דף עבודה · 🌍 חט״ב · עולים חדשים</w:t>
      </w:r>
    </w:p>
    <w:p>
      <w:pPr>
        <w:bidi/>
        <w:jc w:val="right"/>
      </w:pPr>
      <w:r>
        <w:rPr>
          <w:rFonts w:ascii="Arial" w:hAnsi="Arial" w:cs="Arial"/>
          <w:b/>
          <w:sz w:val="24"/>
          <w:rtl/>
          <w:szCs w:val="24"/>
          <w:bCs/>
        </w:rPr>
        <w:t>שם: ____________   כיתה: ______   תאריך: ______</w:t>
      </w:r>
    </w:p>
    <w:p>
      <w:pPr>
        <w:bidi/>
        <w:jc w:val="right"/>
      </w:pPr>
      <w:r>
        <w:rPr>
          <w:rFonts w:ascii="Arial" w:hAnsi="Arial" w:cs="Arial"/>
          <w:sz w:val="24"/>
          <w:rtl/>
          <w:szCs w:val="24"/>
        </w:rPr>
        <w:t>• חלק א׳ – קוראים 📖</w:t>
      </w:r>
    </w:p>
    <w:p>
      <w:pPr>
        <w:bidi/>
        <w:jc w:val="right"/>
      </w:pPr>
      <w:r>
        <w:rPr>
          <w:rFonts w:ascii="Arial" w:hAnsi="Arial" w:cs="Arial"/>
          <w:sz w:val="24"/>
          <w:rtl/>
          <w:szCs w:val="24"/>
        </w:rPr>
        <w:t>• חלק ב׳ – מתרגלים ✏️</w:t>
      </w:r>
    </w:p>
    <w:p>
      <w:pPr>
        <w:bidi/>
        <w:jc w:val="right"/>
      </w:pPr>
      <w:r>
        <w:rPr>
          <w:rFonts w:ascii="Arial" w:hAnsi="Arial" w:cs="Arial"/>
          <w:sz w:val="24"/>
          <w:rtl/>
          <w:szCs w:val="24"/>
        </w:rPr>
        <w:t>• חלק ג׳ – מדברים וכותבים 🗣️</w:t>
      </w:r>
    </w:p>
    <w:p>
      <w:pPr>
        <w:bidi/>
        <w:pStyle w:val="Heading1"/>
        <w:jc w:val="right"/>
      </w:pPr>
      <w:r>
        <w:rPr>
          <w:rFonts w:ascii="Arial" w:hAnsi="Arial" w:cs="Arial"/>
          <w:b/>
          <w:color w:val="A63C06"/>
          <w:sz w:val="40"/>
          <w:rtl/>
          <w:szCs w:val="40"/>
          <w:bCs/>
        </w:rPr>
        <w:t>חלק א׳ – קוראים 📖</w:t>
      </w:r>
    </w:p>
    <w:p>
      <w:pPr>
        <w:bidi/>
        <w:jc w:val="right"/>
      </w:pPr>
      <w:r>
        <w:rPr>
          <w:rFonts w:ascii="Arial" w:hAnsi="Arial" w:cs="Arial"/>
          <w:color w:val="555577"/>
          <w:sz w:val="24"/>
          <w:rtl/>
          <w:szCs w:val="24"/>
        </w:rPr>
        <w:t>קראו את הטקסטים. סמנו מילים חדשות.</w:t>
      </w:r>
    </w:p>
    <w:p>
      <w:pPr>
        <w:bidi/>
        <w:pStyle w:val="Heading2"/>
        <w:jc w:val="right"/>
      </w:pPr>
      <w:r>
        <w:rPr>
          <w:rFonts w:ascii="Arial" w:hAnsi="Arial" w:cs="Arial"/>
          <w:b/>
          <w:color w:val="2B8A3E"/>
          <w:sz w:val="32"/>
          <w:rtl/>
          <w:szCs w:val="32"/>
          <w:bCs/>
        </w:rPr>
        <w:t>🌾 סיגד – חג של ברית ותקווה</w:t>
      </w:r>
    </w:p>
    <w:p>
      <w:pPr>
        <w:bidi/>
        <w:jc w:val="right"/>
      </w:pPr>
      <w:r>
        <w:rPr>
          <w:rFonts w:ascii="Arial" w:hAnsi="Arial" w:cs="Arial"/>
          <w:sz w:val="24"/>
          <w:rtl/>
          <w:szCs w:val="24"/>
        </w:rPr>
        <w:t>סיגד הוא חג עתיק של יהודי אתיופיה, קהילת ביתא ישראל. החג חל בכ״ט בחשון, חמישים יום אחרי יום הכיפורים. המילה "סיגד" פירושה השתחוות או סגידה.</w:t>
      </w:r>
    </w:p>
    <w:p>
      <w:pPr>
        <w:bidi/>
        <w:jc w:val="right"/>
      </w:pPr>
      <w:r>
        <w:rPr>
          <w:rFonts w:ascii="Arial" w:hAnsi="Arial" w:cs="Arial"/>
          <w:sz w:val="24"/>
          <w:rtl/>
          <w:szCs w:val="24"/>
        </w:rPr>
        <w:t>בסיגד צמים מהבוקר ועד אחרי הצהריים. מתפללים, מבקשים סליחה ומחדשים את הברית עם אלוהים ועם התורה. לפי המסורת, החג קשור לחידוש הברית בימי עזרא ונחמיה. גם אז העם התאסף, שמע את התורה והבטיח לשמור עליה.</w:t>
      </w:r>
    </w:p>
    <w:p>
      <w:pPr>
        <w:bidi/>
        <w:jc w:val="right"/>
      </w:pPr>
      <w:r>
        <w:rPr>
          <w:rFonts w:ascii="Arial" w:hAnsi="Arial" w:cs="Arial"/>
          <w:sz w:val="24"/>
          <w:rtl/>
          <w:szCs w:val="24"/>
        </w:rPr>
        <w:t>בסוף הצום יש ארוחה, שמחה וריקודים. סיגד הוא חג של אמונה, של קהילה ושל תקווה.</w:t>
      </w:r>
    </w:p>
    <w:p>
      <w:pPr>
        <w:bidi/>
        <w:pStyle w:val="Heading2"/>
        <w:jc w:val="right"/>
      </w:pPr>
      <w:r>
        <w:rPr>
          <w:rFonts w:ascii="Arial" w:hAnsi="Arial" w:cs="Arial"/>
          <w:b/>
          <w:color w:val="2B8A3E"/>
          <w:sz w:val="32"/>
          <w:rtl/>
          <w:szCs w:val="32"/>
          <w:bCs/>
        </w:rPr>
        <w:t>⛰️ התפילה על ההר באתיופיה</w:t>
      </w:r>
    </w:p>
    <w:p>
      <w:pPr>
        <w:bidi/>
        <w:jc w:val="right"/>
      </w:pPr>
      <w:r>
        <w:rPr>
          <w:rFonts w:ascii="Arial" w:hAnsi="Arial" w:cs="Arial"/>
          <w:sz w:val="24"/>
          <w:rtl/>
          <w:szCs w:val="24"/>
        </w:rPr>
        <w:t>לפי המסורת, בסיגד עלו אנשי הקהילה על הר גבוה. ההר מזכיר את הר סיני, המקום שבו ניתנה התורה. כולם לבשו בגדים לבנים ונקיים, סימן לטהרה. יש מי שנשאו אבן על הראש, כסימן לענווה ולחרטה.</w:t>
      </w:r>
    </w:p>
    <w:p>
      <w:pPr>
        <w:bidi/>
        <w:jc w:val="right"/>
      </w:pPr>
      <w:r>
        <w:rPr>
          <w:rFonts w:ascii="Arial" w:hAnsi="Arial" w:cs="Arial"/>
          <w:sz w:val="24"/>
          <w:rtl/>
          <w:szCs w:val="24"/>
        </w:rPr>
        <w:t>הקסים, מנהיגי הקהילה הדתיים, הובילו את התפילה. הם קראו מתוך האורית, ספר התורה של הקהילה. האורית כתובה בגעז, שפה עתיקה שרוב האנשים כבר לא דיברו. לכן הקסים הסבירו את הדברים באמהרית, השפה של כולם.</w:t>
      </w:r>
    </w:p>
    <w:p>
      <w:pPr>
        <w:bidi/>
        <w:jc w:val="right"/>
      </w:pPr>
      <w:r>
        <w:rPr>
          <w:rFonts w:ascii="Arial" w:hAnsi="Arial" w:cs="Arial"/>
          <w:sz w:val="24"/>
          <w:rtl/>
          <w:szCs w:val="24"/>
        </w:rPr>
        <w:t>כולם התפללו יחד והתגעגעו לירושלים. הם קיוו להגיע לירושלים בשנה הבאה. אחרי הצהריים ירדו מההר, אכלו יחד ושמחו.</w:t>
      </w:r>
    </w:p>
    <w:p>
      <w:pPr>
        <w:bidi/>
        <w:pStyle w:val="Heading2"/>
        <w:jc w:val="right"/>
      </w:pPr>
      <w:r>
        <w:rPr>
          <w:rFonts w:ascii="Arial" w:hAnsi="Arial" w:cs="Arial"/>
          <w:b/>
          <w:color w:val="2B8A3E"/>
          <w:sz w:val="32"/>
          <w:rtl/>
          <w:szCs w:val="32"/>
          <w:bCs/>
        </w:rPr>
        <w:t>🏙️ סיגד היום – והגעגועים של מיכאל</w:t>
      </w:r>
    </w:p>
    <w:p>
      <w:pPr>
        <w:bidi/>
        <w:jc w:val="right"/>
      </w:pPr>
      <w:r>
        <w:rPr>
          <w:rFonts w:ascii="Arial" w:hAnsi="Arial" w:cs="Arial"/>
          <w:sz w:val="24"/>
          <w:rtl/>
          <w:szCs w:val="24"/>
        </w:rPr>
        <w:t>היום סיגד הוא חג רשמי בישראל. בכל שנה אנשים רבים עולים לירושלים מכל הארץ. הם מתאספים על טיילת גבוהה, מול הנוף של העיר. הקסים לובשים בגדים לבנים ומחזיקים מטריות צבעוניות. הם מתפללים וקוראים מהאורית, והקהל עונה יחד. אחרי התפילה יש מוזיקה, ריקודים ושמחה גדולה.</w:t>
      </w:r>
    </w:p>
    <w:p>
      <w:pPr>
        <w:bidi/>
        <w:jc w:val="right"/>
      </w:pPr>
      <w:r>
        <w:rPr>
          <w:rFonts w:ascii="Arial" w:hAnsi="Arial" w:cs="Arial"/>
          <w:sz w:val="24"/>
          <w:rtl/>
          <w:szCs w:val="24"/>
        </w:rPr>
        <w:t>אני מיכאל, עולה חדש, ובאתי לטיילת עם חברים מהאולפן. גם אני מתגעגע לפעמים לבית, לשפה ולאוכל של פעם. בסיגד הבנתי שגעגועים יכולים להיות גם תקווה.</w:t>
      </w:r>
    </w:p>
    <w:p>
      <w:r>
        <w:br w:type="page"/>
      </w:r>
    </w:p>
    <w:p>
      <w:pPr>
        <w:bidi/>
        <w:pStyle w:val="Heading1"/>
        <w:jc w:val="right"/>
      </w:pPr>
      <w:r>
        <w:rPr>
          <w:rFonts w:ascii="Arial" w:hAnsi="Arial" w:cs="Arial"/>
          <w:b/>
          <w:color w:val="A63C06"/>
          <w:sz w:val="40"/>
          <w:rtl/>
          <w:szCs w:val="40"/>
          <w:bCs/>
        </w:rPr>
        <w:t>חלק ב׳ – מתרגלים ✏️</w:t>
      </w:r>
    </w:p>
    <w:p>
      <w:pPr>
        <w:bidi/>
        <w:pStyle w:val="Heading2"/>
        <w:jc w:val="right"/>
      </w:pPr>
      <w:r>
        <w:rPr>
          <w:rFonts w:ascii="Arial" w:hAnsi="Arial" w:cs="Arial"/>
          <w:b/>
          <w:color w:val="2B8A3E"/>
          <w:sz w:val="32"/>
          <w:rtl/>
          <w:szCs w:val="32"/>
          <w:bCs/>
        </w:rPr>
        <w:t>1. תמונה ומילה</w:t>
      </w:r>
    </w:p>
    <w:p>
      <w:pPr>
        <w:bidi/>
        <w:jc w:val="right"/>
      </w:pPr>
      <w:r>
        <w:rPr>
          <w:rFonts w:ascii="Arial" w:hAnsi="Arial" w:cs="Arial"/>
          <w:color w:val="555577"/>
          <w:sz w:val="24"/>
          <w:rtl/>
          <w:szCs w:val="24"/>
        </w:rPr>
        <w:t>כתבו את המילה הנכונה ליד כל תמונה.</w:t>
      </w:r>
    </w:p>
    <w:p>
      <w:pPr>
        <w:bidi/>
        <w:jc w:val="right"/>
      </w:pPr>
      <w:r>
        <w:rPr>
          <w:rFonts w:ascii="Arial" w:hAnsi="Arial" w:cs="Arial"/>
          <w:sz w:val="24"/>
          <w:rtl/>
          <w:szCs w:val="24"/>
        </w:rPr>
        <w:t>מילים: אבן · הר סיני · אורית · ארוחה · מטריות · בגדים לבנים · טיילת · השתחוות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FFE8CC"/>
          </w:tcPr>
          <w:p>
            <w:pPr>
              <w:bidi/>
              <w:jc w:val="right"/>
            </w:pPr>
            <w:r>
              <w:rPr>
                <w:rFonts w:ascii="Arial" w:hAnsi="Arial" w:cs="Arial"/>
                <w:b/>
                <w:sz w:val="22"/>
                <w:rtl/>
                <w:szCs w:val="22"/>
                <w:bCs/>
              </w:rPr>
              <w:t>תמונה</w:t>
            </w:r>
          </w:p>
        </w:tc>
        <w:tc>
          <w:tcPr>
            <w:tcW w:type="dxa" w:w="2606"/>
            <w:shd w:val="clear" w:fill="FFE8CC"/>
          </w:tcPr>
          <w:p>
            <w:pPr>
              <w:bidi/>
              <w:jc w:val="right"/>
            </w:pPr>
            <w:r>
              <w:rPr>
                <w:rFonts w:ascii="Arial" w:hAnsi="Arial" w:cs="Arial"/>
                <w:b/>
                <w:sz w:val="22"/>
                <w:rtl/>
                <w:szCs w:val="22"/>
                <w:bCs/>
              </w:rPr>
              <w:t>המילה</w:t>
            </w:r>
          </w:p>
        </w:tc>
        <w:tc>
          <w:tcPr>
            <w:tcW w:type="dxa" w:w="2606"/>
            <w:shd w:val="clear" w:fill="FFE8CC"/>
          </w:tcPr>
          <w:p>
            <w:pPr>
              <w:bidi/>
              <w:jc w:val="right"/>
            </w:pPr>
            <w:r>
              <w:rPr>
                <w:rFonts w:ascii="Arial" w:hAnsi="Arial" w:cs="Arial"/>
                <w:b/>
                <w:sz w:val="22"/>
                <w:rtl/>
                <w:szCs w:val="22"/>
                <w:bCs/>
              </w:rPr>
              <w:t>תמונה</w:t>
            </w:r>
          </w:p>
        </w:tc>
        <w:tc>
          <w:tcPr>
            <w:tcW w:type="dxa" w:w="2606"/>
            <w:shd w:val="clear" w:fill="FFE8CC"/>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2B8A3E"/>
          <w:sz w:val="32"/>
          <w:rtl/>
          <w:szCs w:val="32"/>
          <w:bCs/>
        </w:rPr>
        <w:t>2. השלימו</w:t>
      </w:r>
    </w:p>
    <w:p>
      <w:pPr>
        <w:bidi/>
        <w:jc w:val="right"/>
      </w:pPr>
      <w:r>
        <w:rPr>
          <w:rFonts w:ascii="Arial" w:hAnsi="Arial" w:cs="Arial"/>
          <w:sz w:val="24"/>
          <w:rtl/>
          <w:szCs w:val="24"/>
        </w:rPr>
        <w:t>מַחְסַן מִלִּים: חמישים · הברית · סיני · ענווה · הקסים · אמהרית · טיילת · תקווה</w:t>
      </w:r>
    </w:p>
    <w:p>
      <w:pPr>
        <w:bidi/>
        <w:jc w:val="right"/>
      </w:pPr>
      <w:r>
        <w:rPr>
          <w:rFonts w:ascii="Arial" w:hAnsi="Arial" w:cs="Arial"/>
          <w:sz w:val="24"/>
          <w:rtl/>
          <w:szCs w:val="24"/>
        </w:rPr>
        <w:t>1. סיגד חל __________ יום אחרי יום הכיפורים.</w:t>
      </w:r>
    </w:p>
    <w:p>
      <w:pPr>
        <w:bidi/>
        <w:jc w:val="right"/>
      </w:pPr>
      <w:r>
        <w:rPr>
          <w:rFonts w:ascii="Arial" w:hAnsi="Arial" w:cs="Arial"/>
          <w:sz w:val="24"/>
          <w:rtl/>
          <w:szCs w:val="24"/>
        </w:rPr>
        <w:t>2. בסיגד מחדשים את __________ עם אלוהים ועם התורה.</w:t>
      </w:r>
    </w:p>
    <w:p>
      <w:pPr>
        <w:bidi/>
        <w:jc w:val="right"/>
      </w:pPr>
      <w:r>
        <w:rPr>
          <w:rFonts w:ascii="Arial" w:hAnsi="Arial" w:cs="Arial"/>
          <w:sz w:val="24"/>
          <w:rtl/>
          <w:szCs w:val="24"/>
        </w:rPr>
        <w:t>3. ההר מזכיר את הר __________, שם ניתנה התורה.</w:t>
      </w:r>
    </w:p>
    <w:p>
      <w:pPr>
        <w:bidi/>
        <w:jc w:val="right"/>
      </w:pPr>
      <w:r>
        <w:rPr>
          <w:rFonts w:ascii="Arial" w:hAnsi="Arial" w:cs="Arial"/>
          <w:sz w:val="24"/>
          <w:rtl/>
          <w:szCs w:val="24"/>
        </w:rPr>
        <w:t>4. אבן על הראש היא סימן של __________ ושל חרטה.</w:t>
      </w:r>
    </w:p>
    <w:p>
      <w:pPr>
        <w:bidi/>
        <w:jc w:val="right"/>
      </w:pPr>
      <w:r>
        <w:rPr>
          <w:rFonts w:ascii="Arial" w:hAnsi="Arial" w:cs="Arial"/>
          <w:sz w:val="24"/>
          <w:rtl/>
          <w:szCs w:val="24"/>
        </w:rPr>
        <w:t>5. __________ הובילו את התפילה על ההר.</w:t>
      </w:r>
    </w:p>
    <w:p>
      <w:pPr>
        <w:bidi/>
        <w:jc w:val="right"/>
      </w:pPr>
      <w:r>
        <w:rPr>
          <w:rFonts w:ascii="Arial" w:hAnsi="Arial" w:cs="Arial"/>
          <w:sz w:val="24"/>
          <w:rtl/>
          <w:szCs w:val="24"/>
        </w:rPr>
        <w:t>6. הקסים הסבירו את האורית בשפה ה__________.</w:t>
      </w:r>
    </w:p>
    <w:p>
      <w:pPr>
        <w:bidi/>
        <w:jc w:val="right"/>
      </w:pPr>
      <w:r>
        <w:rPr>
          <w:rFonts w:ascii="Arial" w:hAnsi="Arial" w:cs="Arial"/>
          <w:sz w:val="24"/>
          <w:rtl/>
          <w:szCs w:val="24"/>
        </w:rPr>
        <w:t>7. היום מתאספים על __________ גבוהה מול ירושלים.</w:t>
      </w:r>
    </w:p>
    <w:p>
      <w:pPr>
        <w:bidi/>
        <w:jc w:val="right"/>
      </w:pPr>
      <w:r>
        <w:rPr>
          <w:rFonts w:ascii="Arial" w:hAnsi="Arial" w:cs="Arial"/>
          <w:sz w:val="24"/>
          <w:rtl/>
          <w:szCs w:val="24"/>
        </w:rPr>
        <w:t>8. מיכאל הבין שגעגועים יכולים להיות גם __________.</w:t>
      </w:r>
    </w:p>
    <w:p>
      <w:pPr>
        <w:bidi/>
        <w:pStyle w:val="Heading2"/>
        <w:jc w:val="right"/>
      </w:pPr>
      <w:r>
        <w:rPr>
          <w:rFonts w:ascii="Arial" w:hAnsi="Arial" w:cs="Arial"/>
          <w:b/>
          <w:color w:val="2B8A3E"/>
          <w:sz w:val="32"/>
          <w:rtl/>
          <w:szCs w:val="32"/>
          <w:bCs/>
        </w:rPr>
        <w:t>3. הבנת הנקרא – הקיפו</w:t>
      </w:r>
    </w:p>
    <w:p>
      <w:pPr>
        <w:bidi/>
        <w:jc w:val="right"/>
      </w:pPr>
      <w:r>
        <w:rPr>
          <w:rFonts w:ascii="Arial" w:hAnsi="Arial" w:cs="Arial"/>
          <w:b/>
          <w:sz w:val="24"/>
          <w:rtl/>
          <w:szCs w:val="24"/>
          <w:bCs/>
        </w:rPr>
        <w:t>1. מתי חל סיגד?</w:t>
      </w:r>
    </w:p>
    <w:p>
      <w:pPr>
        <w:bidi/>
        <w:jc w:val="right"/>
      </w:pPr>
      <w:r>
        <w:rPr>
          <w:rFonts w:ascii="Arial" w:hAnsi="Arial" w:cs="Arial"/>
          <w:sz w:val="24"/>
          <w:rtl/>
          <w:szCs w:val="24"/>
        </w:rPr>
        <w:t xml:space="preserve">   ◯ א. חמישים יום אחרי יום הכיפורים</w:t>
      </w:r>
    </w:p>
    <w:p>
      <w:pPr>
        <w:bidi/>
        <w:jc w:val="right"/>
      </w:pPr>
      <w:r>
        <w:rPr>
          <w:rFonts w:ascii="Arial" w:hAnsi="Arial" w:cs="Arial"/>
          <w:sz w:val="24"/>
          <w:rtl/>
          <w:szCs w:val="24"/>
        </w:rPr>
        <w:t xml:space="preserve">   ◯ ב. שבוע אחרי פסח</w:t>
      </w:r>
    </w:p>
    <w:p>
      <w:pPr>
        <w:bidi/>
        <w:jc w:val="right"/>
      </w:pPr>
      <w:r>
        <w:rPr>
          <w:rFonts w:ascii="Arial" w:hAnsi="Arial" w:cs="Arial"/>
          <w:sz w:val="24"/>
          <w:rtl/>
          <w:szCs w:val="24"/>
        </w:rPr>
        <w:t xml:space="preserve">   ◯ ג. בראש השנה</w:t>
      </w:r>
    </w:p>
    <w:p>
      <w:pPr>
        <w:bidi/>
        <w:jc w:val="right"/>
      </w:pPr>
      <w:r>
        <w:rPr>
          <w:rFonts w:ascii="Arial" w:hAnsi="Arial" w:cs="Arial"/>
          <w:sz w:val="24"/>
          <w:rtl/>
          <w:szCs w:val="24"/>
        </w:rPr>
        <w:t xml:space="preserve">   ◯ ד. בחנוכה</w:t>
      </w:r>
    </w:p>
    <w:p>
      <w:pPr>
        <w:bidi/>
        <w:jc w:val="right"/>
      </w:pPr>
      <w:r>
        <w:rPr>
          <w:rFonts w:ascii="Arial" w:hAnsi="Arial" w:cs="Arial"/>
          <w:b/>
          <w:sz w:val="24"/>
          <w:rtl/>
          <w:szCs w:val="24"/>
          <w:bCs/>
        </w:rPr>
        <w:t>2. מה פירוש המילה "סיגד"?</w:t>
      </w:r>
    </w:p>
    <w:p>
      <w:pPr>
        <w:bidi/>
        <w:jc w:val="right"/>
      </w:pPr>
      <w:r>
        <w:rPr>
          <w:rFonts w:ascii="Arial" w:hAnsi="Arial" w:cs="Arial"/>
          <w:sz w:val="24"/>
          <w:rtl/>
          <w:szCs w:val="24"/>
        </w:rPr>
        <w:t xml:space="preserve">   ◯ א. ריקוד</w:t>
      </w:r>
    </w:p>
    <w:p>
      <w:pPr>
        <w:bidi/>
        <w:jc w:val="right"/>
      </w:pPr>
      <w:r>
        <w:rPr>
          <w:rFonts w:ascii="Arial" w:hAnsi="Arial" w:cs="Arial"/>
          <w:sz w:val="24"/>
          <w:rtl/>
          <w:szCs w:val="24"/>
        </w:rPr>
        <w:t xml:space="preserve">   ◯ ב. צום</w:t>
      </w:r>
    </w:p>
    <w:p>
      <w:pPr>
        <w:bidi/>
        <w:jc w:val="right"/>
      </w:pPr>
      <w:r>
        <w:rPr>
          <w:rFonts w:ascii="Arial" w:hAnsi="Arial" w:cs="Arial"/>
          <w:sz w:val="24"/>
          <w:rtl/>
          <w:szCs w:val="24"/>
        </w:rPr>
        <w:t xml:space="preserve">   ◯ ג. השתחוות</w:t>
      </w:r>
    </w:p>
    <w:p>
      <w:pPr>
        <w:bidi/>
        <w:jc w:val="right"/>
      </w:pPr>
      <w:r>
        <w:rPr>
          <w:rFonts w:ascii="Arial" w:hAnsi="Arial" w:cs="Arial"/>
          <w:sz w:val="24"/>
          <w:rtl/>
          <w:szCs w:val="24"/>
        </w:rPr>
        <w:t xml:space="preserve">   ◯ ד. ברכה</w:t>
      </w:r>
    </w:p>
    <w:p>
      <w:pPr>
        <w:bidi/>
        <w:jc w:val="right"/>
      </w:pPr>
      <w:r>
        <w:rPr>
          <w:rFonts w:ascii="Arial" w:hAnsi="Arial" w:cs="Arial"/>
          <w:b/>
          <w:sz w:val="24"/>
          <w:rtl/>
          <w:szCs w:val="24"/>
          <w:bCs/>
        </w:rPr>
        <w:t>3. לפי המסורת, לאיזה אירוע בעבר קשור החג?</w:t>
      </w:r>
    </w:p>
    <w:p>
      <w:pPr>
        <w:bidi/>
        <w:jc w:val="right"/>
      </w:pPr>
      <w:r>
        <w:rPr>
          <w:rFonts w:ascii="Arial" w:hAnsi="Arial" w:cs="Arial"/>
          <w:sz w:val="24"/>
          <w:rtl/>
          <w:szCs w:val="24"/>
        </w:rPr>
        <w:t xml:space="preserve">   ◯ א. לבריאת העולם</w:t>
      </w:r>
    </w:p>
    <w:p>
      <w:pPr>
        <w:bidi/>
        <w:jc w:val="right"/>
      </w:pPr>
      <w:r>
        <w:rPr>
          <w:rFonts w:ascii="Arial" w:hAnsi="Arial" w:cs="Arial"/>
          <w:sz w:val="24"/>
          <w:rtl/>
          <w:szCs w:val="24"/>
        </w:rPr>
        <w:t xml:space="preserve">   ◯ ב. לחידוש הברית בימי עזרא ונחמיה</w:t>
      </w:r>
    </w:p>
    <w:p>
      <w:pPr>
        <w:bidi/>
        <w:jc w:val="right"/>
      </w:pPr>
      <w:r>
        <w:rPr>
          <w:rFonts w:ascii="Arial" w:hAnsi="Arial" w:cs="Arial"/>
          <w:sz w:val="24"/>
          <w:rtl/>
          <w:szCs w:val="24"/>
        </w:rPr>
        <w:t xml:space="preserve">   ◯ ג. לחג הקציר</w:t>
      </w:r>
    </w:p>
    <w:p>
      <w:pPr>
        <w:bidi/>
        <w:jc w:val="right"/>
      </w:pPr>
      <w:r>
        <w:rPr>
          <w:rFonts w:ascii="Arial" w:hAnsi="Arial" w:cs="Arial"/>
          <w:sz w:val="24"/>
          <w:rtl/>
          <w:szCs w:val="24"/>
        </w:rPr>
        <w:t xml:space="preserve">   ◯ ד. ליציאת מצרים</w:t>
      </w:r>
    </w:p>
    <w:p>
      <w:pPr>
        <w:bidi/>
        <w:jc w:val="right"/>
      </w:pPr>
      <w:r>
        <w:rPr>
          <w:rFonts w:ascii="Arial" w:hAnsi="Arial" w:cs="Arial"/>
          <w:b/>
          <w:sz w:val="24"/>
          <w:rtl/>
          <w:szCs w:val="24"/>
          <w:bCs/>
        </w:rPr>
        <w:t>4. מה מזכיר ההר שעליו התפללו באתיופיה?</w:t>
      </w:r>
    </w:p>
    <w:p>
      <w:pPr>
        <w:bidi/>
        <w:jc w:val="right"/>
      </w:pPr>
      <w:r>
        <w:rPr>
          <w:rFonts w:ascii="Arial" w:hAnsi="Arial" w:cs="Arial"/>
          <w:sz w:val="24"/>
          <w:rtl/>
          <w:szCs w:val="24"/>
        </w:rPr>
        <w:t xml:space="preserve">   ◯ א. את הר סיני</w:t>
      </w:r>
    </w:p>
    <w:p>
      <w:pPr>
        <w:bidi/>
        <w:jc w:val="right"/>
      </w:pPr>
      <w:r>
        <w:rPr>
          <w:rFonts w:ascii="Arial" w:hAnsi="Arial" w:cs="Arial"/>
          <w:sz w:val="24"/>
          <w:rtl/>
          <w:szCs w:val="24"/>
        </w:rPr>
        <w:t xml:space="preserve">   ◯ ב. את הר הכרמל</w:t>
      </w:r>
    </w:p>
    <w:p>
      <w:pPr>
        <w:bidi/>
        <w:jc w:val="right"/>
      </w:pPr>
      <w:r>
        <w:rPr>
          <w:rFonts w:ascii="Arial" w:hAnsi="Arial" w:cs="Arial"/>
          <w:sz w:val="24"/>
          <w:rtl/>
          <w:szCs w:val="24"/>
        </w:rPr>
        <w:t xml:space="preserve">   ◯ ג. את הר החרמון</w:t>
      </w:r>
    </w:p>
    <w:p>
      <w:pPr>
        <w:bidi/>
        <w:jc w:val="right"/>
      </w:pPr>
      <w:r>
        <w:rPr>
          <w:rFonts w:ascii="Arial" w:hAnsi="Arial" w:cs="Arial"/>
          <w:sz w:val="24"/>
          <w:rtl/>
          <w:szCs w:val="24"/>
        </w:rPr>
        <w:t xml:space="preserve">   ◯ ד. את הר תבור</w:t>
      </w:r>
    </w:p>
    <w:p>
      <w:pPr>
        <w:bidi/>
        <w:jc w:val="right"/>
      </w:pPr>
      <w:r>
        <w:rPr>
          <w:rFonts w:ascii="Arial" w:hAnsi="Arial" w:cs="Arial"/>
          <w:b/>
          <w:sz w:val="24"/>
          <w:rtl/>
          <w:szCs w:val="24"/>
          <w:bCs/>
        </w:rPr>
        <w:t>5. למה הקסים הסבירו את האורית באמהרית?</w:t>
      </w:r>
    </w:p>
    <w:p>
      <w:pPr>
        <w:bidi/>
        <w:jc w:val="right"/>
      </w:pPr>
      <w:r>
        <w:rPr>
          <w:rFonts w:ascii="Arial" w:hAnsi="Arial" w:cs="Arial"/>
          <w:sz w:val="24"/>
          <w:rtl/>
          <w:szCs w:val="24"/>
        </w:rPr>
        <w:t xml:space="preserve">   ◯ א. כי אמהרית קלה לכתיבה</w:t>
      </w:r>
    </w:p>
    <w:p>
      <w:pPr>
        <w:bidi/>
        <w:jc w:val="right"/>
      </w:pPr>
      <w:r>
        <w:rPr>
          <w:rFonts w:ascii="Arial" w:hAnsi="Arial" w:cs="Arial"/>
          <w:sz w:val="24"/>
          <w:rtl/>
          <w:szCs w:val="24"/>
        </w:rPr>
        <w:t xml:space="preserve">   ◯ ב. כי רוב האנשים כבר לא דיברו געז</w:t>
      </w:r>
    </w:p>
    <w:p>
      <w:pPr>
        <w:bidi/>
        <w:jc w:val="right"/>
      </w:pPr>
      <w:r>
        <w:rPr>
          <w:rFonts w:ascii="Arial" w:hAnsi="Arial" w:cs="Arial"/>
          <w:sz w:val="24"/>
          <w:rtl/>
          <w:szCs w:val="24"/>
        </w:rPr>
        <w:t xml:space="preserve">   ◯ ג. כי כך ביקשו הילדים</w:t>
      </w:r>
    </w:p>
    <w:p>
      <w:pPr>
        <w:bidi/>
        <w:jc w:val="right"/>
      </w:pPr>
      <w:r>
        <w:rPr>
          <w:rFonts w:ascii="Arial" w:hAnsi="Arial" w:cs="Arial"/>
          <w:sz w:val="24"/>
          <w:rtl/>
          <w:szCs w:val="24"/>
        </w:rPr>
        <w:t xml:space="preserve">   ◯ ד. כי האורית כתובה באמהרית</w:t>
      </w:r>
    </w:p>
    <w:p>
      <w:pPr>
        <w:bidi/>
        <w:jc w:val="right"/>
      </w:pPr>
      <w:r>
        <w:rPr>
          <w:rFonts w:ascii="Arial" w:hAnsi="Arial" w:cs="Arial"/>
          <w:b/>
          <w:sz w:val="24"/>
          <w:rtl/>
          <w:szCs w:val="24"/>
          <w:bCs/>
        </w:rPr>
        <w:t>6. מה סימלו הבגדים הלבנים והנקיים?</w:t>
      </w:r>
    </w:p>
    <w:p>
      <w:pPr>
        <w:bidi/>
        <w:jc w:val="right"/>
      </w:pPr>
      <w:r>
        <w:rPr>
          <w:rFonts w:ascii="Arial" w:hAnsi="Arial" w:cs="Arial"/>
          <w:sz w:val="24"/>
          <w:rtl/>
          <w:szCs w:val="24"/>
        </w:rPr>
        <w:t xml:space="preserve">   ◯ א. עושר</w:t>
      </w:r>
    </w:p>
    <w:p>
      <w:pPr>
        <w:bidi/>
        <w:jc w:val="right"/>
      </w:pPr>
      <w:r>
        <w:rPr>
          <w:rFonts w:ascii="Arial" w:hAnsi="Arial" w:cs="Arial"/>
          <w:sz w:val="24"/>
          <w:rtl/>
          <w:szCs w:val="24"/>
        </w:rPr>
        <w:t xml:space="preserve">   ◯ ב. קור</w:t>
      </w:r>
    </w:p>
    <w:p>
      <w:pPr>
        <w:bidi/>
        <w:jc w:val="right"/>
      </w:pPr>
      <w:r>
        <w:rPr>
          <w:rFonts w:ascii="Arial" w:hAnsi="Arial" w:cs="Arial"/>
          <w:sz w:val="24"/>
          <w:rtl/>
          <w:szCs w:val="24"/>
        </w:rPr>
        <w:t xml:space="preserve">   ◯ ג. טהרה</w:t>
      </w:r>
    </w:p>
    <w:p>
      <w:pPr>
        <w:bidi/>
        <w:jc w:val="right"/>
      </w:pPr>
      <w:r>
        <w:rPr>
          <w:rFonts w:ascii="Arial" w:hAnsi="Arial" w:cs="Arial"/>
          <w:sz w:val="24"/>
          <w:rtl/>
          <w:szCs w:val="24"/>
        </w:rPr>
        <w:t xml:space="preserve">   ◯ ד. מסיבה</w:t>
      </w:r>
    </w:p>
    <w:p>
      <w:pPr>
        <w:bidi/>
        <w:jc w:val="right"/>
      </w:pPr>
      <w:r>
        <w:rPr>
          <w:rFonts w:ascii="Arial" w:hAnsi="Arial" w:cs="Arial"/>
          <w:b/>
          <w:sz w:val="24"/>
          <w:rtl/>
          <w:szCs w:val="24"/>
          <w:bCs/>
        </w:rPr>
        <w:t>7. איפה מתאספים היום בסיגד בירושלים?</w:t>
      </w:r>
    </w:p>
    <w:p>
      <w:pPr>
        <w:bidi/>
        <w:jc w:val="right"/>
      </w:pPr>
      <w:r>
        <w:rPr>
          <w:rFonts w:ascii="Arial" w:hAnsi="Arial" w:cs="Arial"/>
          <w:sz w:val="24"/>
          <w:rtl/>
          <w:szCs w:val="24"/>
        </w:rPr>
        <w:t xml:space="preserve">   ◯ א. בשוק</w:t>
      </w:r>
    </w:p>
    <w:p>
      <w:pPr>
        <w:bidi/>
        <w:jc w:val="right"/>
      </w:pPr>
      <w:r>
        <w:rPr>
          <w:rFonts w:ascii="Arial" w:hAnsi="Arial" w:cs="Arial"/>
          <w:sz w:val="24"/>
          <w:rtl/>
          <w:szCs w:val="24"/>
        </w:rPr>
        <w:t xml:space="preserve">   ◯ ב. בתחנה המרכזית</w:t>
      </w:r>
    </w:p>
    <w:p>
      <w:pPr>
        <w:bidi/>
        <w:jc w:val="right"/>
      </w:pPr>
      <w:r>
        <w:rPr>
          <w:rFonts w:ascii="Arial" w:hAnsi="Arial" w:cs="Arial"/>
          <w:sz w:val="24"/>
          <w:rtl/>
          <w:szCs w:val="24"/>
        </w:rPr>
        <w:t xml:space="preserve">   ◯ ג. בגן ילדים</w:t>
      </w:r>
    </w:p>
    <w:p>
      <w:pPr>
        <w:bidi/>
        <w:jc w:val="right"/>
      </w:pPr>
      <w:r>
        <w:rPr>
          <w:rFonts w:ascii="Arial" w:hAnsi="Arial" w:cs="Arial"/>
          <w:sz w:val="24"/>
          <w:rtl/>
          <w:szCs w:val="24"/>
        </w:rPr>
        <w:t xml:space="preserve">   ◯ ד. על טיילת מול העיר</w:t>
      </w:r>
    </w:p>
    <w:p>
      <w:pPr>
        <w:bidi/>
        <w:jc w:val="right"/>
      </w:pPr>
      <w:r>
        <w:rPr>
          <w:rFonts w:ascii="Arial" w:hAnsi="Arial" w:cs="Arial"/>
          <w:b/>
          <w:sz w:val="24"/>
          <w:rtl/>
          <w:szCs w:val="24"/>
          <w:bCs/>
        </w:rPr>
        <w:t>8. מה הבין מיכאל בסיגד?</w:t>
      </w:r>
    </w:p>
    <w:p>
      <w:pPr>
        <w:bidi/>
        <w:jc w:val="right"/>
      </w:pPr>
      <w:r>
        <w:rPr>
          <w:rFonts w:ascii="Arial" w:hAnsi="Arial" w:cs="Arial"/>
          <w:sz w:val="24"/>
          <w:rtl/>
          <w:szCs w:val="24"/>
        </w:rPr>
        <w:t xml:space="preserve">   ◯ א. שגעגועים יכולים להיות גם תקווה</w:t>
      </w:r>
    </w:p>
    <w:p>
      <w:pPr>
        <w:bidi/>
        <w:jc w:val="right"/>
      </w:pPr>
      <w:r>
        <w:rPr>
          <w:rFonts w:ascii="Arial" w:hAnsi="Arial" w:cs="Arial"/>
          <w:sz w:val="24"/>
          <w:rtl/>
          <w:szCs w:val="24"/>
        </w:rPr>
        <w:t xml:space="preserve">   ◯ ב. שאסור להתגעגע</w:t>
      </w:r>
    </w:p>
    <w:p>
      <w:pPr>
        <w:bidi/>
        <w:jc w:val="right"/>
      </w:pPr>
      <w:r>
        <w:rPr>
          <w:rFonts w:ascii="Arial" w:hAnsi="Arial" w:cs="Arial"/>
          <w:sz w:val="24"/>
          <w:rtl/>
          <w:szCs w:val="24"/>
        </w:rPr>
        <w:t xml:space="preserve">   ◯ ג. שצריך לשכוח את הבית</w:t>
      </w:r>
    </w:p>
    <w:p>
      <w:pPr>
        <w:bidi/>
        <w:jc w:val="right"/>
      </w:pPr>
      <w:r>
        <w:rPr>
          <w:rFonts w:ascii="Arial" w:hAnsi="Arial" w:cs="Arial"/>
          <w:sz w:val="24"/>
          <w:rtl/>
          <w:szCs w:val="24"/>
        </w:rPr>
        <w:t xml:space="preserve">   ◯ ד. שהחג רק לאנשים מבוגרים</w:t>
      </w:r>
    </w:p>
    <w:p>
      <w:pPr>
        <w:bidi/>
        <w:pStyle w:val="Heading2"/>
        <w:jc w:val="right"/>
      </w:pPr>
      <w:r>
        <w:rPr>
          <w:rFonts w:ascii="Arial" w:hAnsi="Arial" w:cs="Arial"/>
          <w:b/>
          <w:color w:val="2B8A3E"/>
          <w:sz w:val="32"/>
          <w:rtl/>
          <w:szCs w:val="32"/>
          <w:bCs/>
        </w:rPr>
        <w:t>4. בונים משפט</w:t>
      </w:r>
    </w:p>
    <w:p>
      <w:pPr>
        <w:bidi/>
        <w:jc w:val="right"/>
      </w:pPr>
      <w:r>
        <w:rPr>
          <w:rFonts w:ascii="Arial" w:hAnsi="Arial" w:cs="Arial"/>
          <w:color w:val="555577"/>
          <w:sz w:val="24"/>
          <w:rtl/>
          <w:szCs w:val="24"/>
        </w:rPr>
        <w:t>סדרו את המילים וכתבו משפט.</w:t>
      </w:r>
    </w:p>
    <w:p>
      <w:pPr>
        <w:bidi/>
        <w:jc w:val="right"/>
      </w:pPr>
      <w:r>
        <w:rPr>
          <w:rFonts w:ascii="Arial" w:hAnsi="Arial" w:cs="Arial"/>
          <w:sz w:val="24"/>
          <w:rtl/>
          <w:szCs w:val="24"/>
        </w:rPr>
        <w:t>1. הוא / ביתא / של / קהילת / סיגד / חג / ישראל   (Sigd is a holiday of the Beta Israel community.)</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בשפת / מתוך / האורית / הקסים / געז / קראו   (The kessim read from the Orit in the Ge'ez language.)</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גבוה / על / הר / אנשי / הקהילה / עלו   (The people of the community went up a high mountain.)</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לירושלים / יחד / כולם / והתגעגעו / התפללו   (Everyone prayed together and longed for Jerusalem.)</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5. הטיילת / העיר / מול / על / היום / מתאספים   (Today people gather on the promenade facing the city.)</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6. אני / גם / מתגעגע / לבית / ולשפה / שלי   (I (m.) also miss my home and my language.)</w:t>
      </w:r>
    </w:p>
    <w:p>
      <w:pPr>
        <w:bidi/>
        <w:jc w:val="right"/>
      </w:pPr>
      <w:r>
        <w:rPr>
          <w:rFonts w:ascii="Arial" w:hAnsi="Arial" w:cs="Arial"/>
          <w:color w:val="999999"/>
          <w:sz w:val="24"/>
          <w:rtl/>
          <w:szCs w:val="24"/>
        </w:rPr>
        <w:t>______________________________________________________________________</w:t>
      </w:r>
    </w:p>
    <w:p>
      <w:r>
        <w:br w:type="page"/>
      </w:r>
    </w:p>
    <w:p>
      <w:pPr>
        <w:bidi/>
        <w:pStyle w:val="Heading2"/>
        <w:jc w:val="right"/>
      </w:pPr>
      <w:r>
        <w:rPr>
          <w:rFonts w:ascii="Arial" w:hAnsi="Arial" w:cs="Arial"/>
          <w:b/>
          <w:color w:val="2B8A3E"/>
          <w:sz w:val="32"/>
          <w:rtl/>
          <w:szCs w:val="32"/>
          <w:bCs/>
        </w:rPr>
        <w:t>5. דקדוק</w:t>
      </w:r>
    </w:p>
    <w:p>
      <w:pPr>
        <w:bidi/>
        <w:jc w:val="right"/>
      </w:pPr>
      <w:r>
        <w:rPr>
          <w:rFonts w:ascii="Arial" w:hAnsi="Arial" w:cs="Arial"/>
          <w:b/>
          <w:color w:val="2B8A3E"/>
          <w:sz w:val="26"/>
          <w:rtl/>
          <w:szCs w:val="26"/>
          <w:bCs/>
        </w:rPr>
        <w:t>▌ הווה</w:t>
      </w:r>
    </w:p>
    <w:p>
      <w:pPr>
        <w:bidi/>
        <w:jc w:val="right"/>
      </w:pPr>
      <w:r>
        <w:rPr>
          <w:rFonts w:ascii="Arial" w:hAnsi="Arial" w:cs="Arial"/>
          <w:sz w:val="24"/>
          <w:rtl/>
          <w:szCs w:val="24"/>
        </w:rPr>
        <w:t>בהווה הפועל משתנה לפי מין ומספר: הוא מתגעגע, היא מתגעגעת, הם מתגעגעים, הן מתגעגעות. בטקסט 2 יש פעלים בעבר (עלו, התפללו) – כאן מתרגלים הווה.</w:t>
      </w:r>
    </w:p>
    <w:p>
      <w:pPr>
        <w:bidi/>
        <w:jc w:val="right"/>
      </w:pPr>
      <w:r>
        <w:rPr>
          <w:rFonts w:ascii="Arial" w:hAnsi="Arial" w:cs="Arial"/>
          <w:b/>
          <w:sz w:val="24"/>
          <w:rtl/>
          <w:szCs w:val="24"/>
          <w:bCs/>
        </w:rPr>
        <w:t>1. הקס ___ מתוך האורית.</w:t>
      </w:r>
    </w:p>
    <w:p>
      <w:pPr>
        <w:bidi/>
        <w:jc w:val="right"/>
      </w:pPr>
      <w:r>
        <w:rPr>
          <w:rFonts w:ascii="Arial" w:hAnsi="Arial" w:cs="Arial"/>
          <w:sz w:val="24"/>
          <w:rtl/>
          <w:szCs w:val="24"/>
        </w:rPr>
        <w:t xml:space="preserve">   ◯ א. קוראת</w:t>
      </w:r>
    </w:p>
    <w:p>
      <w:pPr>
        <w:bidi/>
        <w:jc w:val="right"/>
      </w:pPr>
      <w:r>
        <w:rPr>
          <w:rFonts w:ascii="Arial" w:hAnsi="Arial" w:cs="Arial"/>
          <w:sz w:val="24"/>
          <w:rtl/>
          <w:szCs w:val="24"/>
        </w:rPr>
        <w:t xml:space="preserve">   ◯ ב. קורא</w:t>
      </w:r>
    </w:p>
    <w:p>
      <w:pPr>
        <w:bidi/>
        <w:jc w:val="right"/>
      </w:pPr>
      <w:r>
        <w:rPr>
          <w:rFonts w:ascii="Arial" w:hAnsi="Arial" w:cs="Arial"/>
          <w:sz w:val="24"/>
          <w:rtl/>
          <w:szCs w:val="24"/>
        </w:rPr>
        <w:t xml:space="preserve">   ◯ ג. קוראים</w:t>
      </w:r>
    </w:p>
    <w:p>
      <w:pPr>
        <w:bidi/>
        <w:jc w:val="right"/>
      </w:pPr>
      <w:r>
        <w:rPr>
          <w:rFonts w:ascii="Arial" w:hAnsi="Arial" w:cs="Arial"/>
          <w:b/>
          <w:sz w:val="24"/>
          <w:rtl/>
          <w:szCs w:val="24"/>
          <w:bCs/>
        </w:rPr>
        <w:t>2. הנשים ___ בגדים לבנים.</w:t>
      </w:r>
    </w:p>
    <w:p>
      <w:pPr>
        <w:bidi/>
        <w:jc w:val="right"/>
      </w:pPr>
      <w:r>
        <w:rPr>
          <w:rFonts w:ascii="Arial" w:hAnsi="Arial" w:cs="Arial"/>
          <w:sz w:val="24"/>
          <w:rtl/>
          <w:szCs w:val="24"/>
        </w:rPr>
        <w:t xml:space="preserve">   ◯ א. לובשות</w:t>
      </w:r>
    </w:p>
    <w:p>
      <w:pPr>
        <w:bidi/>
        <w:jc w:val="right"/>
      </w:pPr>
      <w:r>
        <w:rPr>
          <w:rFonts w:ascii="Arial" w:hAnsi="Arial" w:cs="Arial"/>
          <w:sz w:val="24"/>
          <w:rtl/>
          <w:szCs w:val="24"/>
        </w:rPr>
        <w:t xml:space="preserve">   ◯ ב. לובש</w:t>
      </w:r>
    </w:p>
    <w:p>
      <w:pPr>
        <w:bidi/>
        <w:jc w:val="right"/>
      </w:pPr>
      <w:r>
        <w:rPr>
          <w:rFonts w:ascii="Arial" w:hAnsi="Arial" w:cs="Arial"/>
          <w:sz w:val="24"/>
          <w:rtl/>
          <w:szCs w:val="24"/>
        </w:rPr>
        <w:t xml:space="preserve">   ◯ ג. לובשים</w:t>
      </w:r>
    </w:p>
    <w:p>
      <w:pPr>
        <w:bidi/>
        <w:jc w:val="right"/>
      </w:pPr>
      <w:r>
        <w:rPr>
          <w:rFonts w:ascii="Arial" w:hAnsi="Arial" w:cs="Arial"/>
          <w:b/>
          <w:sz w:val="24"/>
          <w:rtl/>
          <w:szCs w:val="24"/>
          <w:bCs/>
        </w:rPr>
        <w:t>3. מיכאל ___ לשפה שלו.</w:t>
      </w:r>
    </w:p>
    <w:p>
      <w:pPr>
        <w:bidi/>
        <w:jc w:val="right"/>
      </w:pPr>
      <w:r>
        <w:rPr>
          <w:rFonts w:ascii="Arial" w:hAnsi="Arial" w:cs="Arial"/>
          <w:sz w:val="24"/>
          <w:rtl/>
          <w:szCs w:val="24"/>
        </w:rPr>
        <w:t xml:space="preserve">   ◯ א. מתגעגעת</w:t>
      </w:r>
    </w:p>
    <w:p>
      <w:pPr>
        <w:bidi/>
        <w:jc w:val="right"/>
      </w:pPr>
      <w:r>
        <w:rPr>
          <w:rFonts w:ascii="Arial" w:hAnsi="Arial" w:cs="Arial"/>
          <w:sz w:val="24"/>
          <w:rtl/>
          <w:szCs w:val="24"/>
        </w:rPr>
        <w:t xml:space="preserve">   ◯ ב. מתגעגעים</w:t>
      </w:r>
    </w:p>
    <w:p>
      <w:pPr>
        <w:bidi/>
        <w:jc w:val="right"/>
      </w:pPr>
      <w:r>
        <w:rPr>
          <w:rFonts w:ascii="Arial" w:hAnsi="Arial" w:cs="Arial"/>
          <w:sz w:val="24"/>
          <w:rtl/>
          <w:szCs w:val="24"/>
        </w:rPr>
        <w:t xml:space="preserve">   ◯ ג. מתגעגע</w:t>
      </w:r>
    </w:p>
    <w:p>
      <w:pPr>
        <w:bidi/>
        <w:jc w:val="right"/>
      </w:pPr>
      <w:r>
        <w:rPr>
          <w:rFonts w:ascii="Arial" w:hAnsi="Arial" w:cs="Arial"/>
          <w:b/>
          <w:sz w:val="24"/>
          <w:rtl/>
          <w:szCs w:val="24"/>
          <w:bCs/>
        </w:rPr>
        <w:t>4. בסיגד אנשי הקהילה ___ עד הצהריים.</w:t>
      </w:r>
    </w:p>
    <w:p>
      <w:pPr>
        <w:bidi/>
        <w:jc w:val="right"/>
      </w:pPr>
      <w:r>
        <w:rPr>
          <w:rFonts w:ascii="Arial" w:hAnsi="Arial" w:cs="Arial"/>
          <w:sz w:val="24"/>
          <w:rtl/>
          <w:szCs w:val="24"/>
        </w:rPr>
        <w:t xml:space="preserve">   ◯ א. צם</w:t>
      </w:r>
    </w:p>
    <w:p>
      <w:pPr>
        <w:bidi/>
        <w:jc w:val="right"/>
      </w:pPr>
      <w:r>
        <w:rPr>
          <w:rFonts w:ascii="Arial" w:hAnsi="Arial" w:cs="Arial"/>
          <w:sz w:val="24"/>
          <w:rtl/>
          <w:szCs w:val="24"/>
        </w:rPr>
        <w:t xml:space="preserve">   ◯ ב. צמים</w:t>
      </w:r>
    </w:p>
    <w:p>
      <w:pPr>
        <w:bidi/>
        <w:jc w:val="right"/>
      </w:pPr>
      <w:r>
        <w:rPr>
          <w:rFonts w:ascii="Arial" w:hAnsi="Arial" w:cs="Arial"/>
          <w:sz w:val="24"/>
          <w:rtl/>
          <w:szCs w:val="24"/>
        </w:rPr>
        <w:t xml:space="preserve">   ◯ ג. צמה</w:t>
      </w:r>
    </w:p>
    <w:p>
      <w:pPr>
        <w:bidi/>
        <w:jc w:val="right"/>
      </w:pPr>
      <w:r>
        <w:rPr>
          <w:rFonts w:ascii="Arial" w:hAnsi="Arial" w:cs="Arial"/>
          <w:b/>
          <w:sz w:val="24"/>
          <w:rtl/>
          <w:szCs w:val="24"/>
          <w:bCs/>
        </w:rPr>
        <w:t>5. הקהל ___ יחד "אמן".</w:t>
      </w:r>
    </w:p>
    <w:p>
      <w:pPr>
        <w:bidi/>
        <w:jc w:val="right"/>
      </w:pPr>
      <w:r>
        <w:rPr>
          <w:rFonts w:ascii="Arial" w:hAnsi="Arial" w:cs="Arial"/>
          <w:sz w:val="24"/>
          <w:rtl/>
          <w:szCs w:val="24"/>
        </w:rPr>
        <w:t xml:space="preserve">   ◯ א. עונה</w:t>
      </w:r>
    </w:p>
    <w:p>
      <w:pPr>
        <w:bidi/>
        <w:jc w:val="right"/>
      </w:pPr>
      <w:r>
        <w:rPr>
          <w:rFonts w:ascii="Arial" w:hAnsi="Arial" w:cs="Arial"/>
          <w:sz w:val="24"/>
          <w:rtl/>
          <w:szCs w:val="24"/>
        </w:rPr>
        <w:t xml:space="preserve">   ◯ ב. עונים</w:t>
      </w:r>
    </w:p>
    <w:p>
      <w:pPr>
        <w:bidi/>
        <w:jc w:val="right"/>
      </w:pPr>
      <w:r>
        <w:rPr>
          <w:rFonts w:ascii="Arial" w:hAnsi="Arial" w:cs="Arial"/>
          <w:sz w:val="24"/>
          <w:rtl/>
          <w:szCs w:val="24"/>
        </w:rPr>
        <w:t xml:space="preserve">   ◯ ג. עונות</w:t>
      </w:r>
    </w:p>
    <w:p>
      <w:pPr>
        <w:bidi/>
        <w:jc w:val="right"/>
      </w:pPr>
      <w:r>
        <w:rPr>
          <w:rFonts w:ascii="Arial" w:hAnsi="Arial" w:cs="Arial"/>
          <w:b/>
          <w:sz w:val="24"/>
          <w:rtl/>
          <w:szCs w:val="24"/>
          <w:bCs/>
        </w:rPr>
        <w:t>6. החברות מהאולפן ___ על הטיילת.</w:t>
      </w:r>
    </w:p>
    <w:p>
      <w:pPr>
        <w:bidi/>
        <w:jc w:val="right"/>
      </w:pPr>
      <w:r>
        <w:rPr>
          <w:rFonts w:ascii="Arial" w:hAnsi="Arial" w:cs="Arial"/>
          <w:sz w:val="24"/>
          <w:rtl/>
          <w:szCs w:val="24"/>
        </w:rPr>
        <w:t xml:space="preserve">   ◯ א. רוקד</w:t>
      </w:r>
    </w:p>
    <w:p>
      <w:pPr>
        <w:bidi/>
        <w:jc w:val="right"/>
      </w:pPr>
      <w:r>
        <w:rPr>
          <w:rFonts w:ascii="Arial" w:hAnsi="Arial" w:cs="Arial"/>
          <w:sz w:val="24"/>
          <w:rtl/>
          <w:szCs w:val="24"/>
        </w:rPr>
        <w:t xml:space="preserve">   ◯ ב. רוקדת</w:t>
      </w:r>
    </w:p>
    <w:p>
      <w:pPr>
        <w:bidi/>
        <w:jc w:val="right"/>
      </w:pPr>
      <w:r>
        <w:rPr>
          <w:rFonts w:ascii="Arial" w:hAnsi="Arial" w:cs="Arial"/>
          <w:sz w:val="24"/>
          <w:rtl/>
          <w:szCs w:val="24"/>
        </w:rPr>
        <w:t xml:space="preserve">   ◯ ג. רוקדות</w:t>
      </w:r>
    </w:p>
    <w:p>
      <w:pPr>
        <w:bidi/>
        <w:jc w:val="right"/>
      </w:pPr>
      <w:r>
        <w:rPr>
          <w:rFonts w:ascii="Arial" w:hAnsi="Arial" w:cs="Arial"/>
          <w:b/>
          <w:color w:val="2B8A3E"/>
          <w:sz w:val="26"/>
          <w:rtl/>
          <w:szCs w:val="26"/>
          <w:bCs/>
        </w:rPr>
        <w:t>▌ יחיד ורבים</w:t>
      </w:r>
    </w:p>
    <w:p>
      <w:pPr>
        <w:bidi/>
        <w:jc w:val="right"/>
      </w:pPr>
      <w:r>
        <w:rPr>
          <w:rFonts w:ascii="Arial" w:hAnsi="Arial" w:cs="Arial"/>
          <w:sz w:val="24"/>
          <w:rtl/>
          <w:szCs w:val="24"/>
        </w:rPr>
        <w:t>רבים: בזכר בדרך כלל -ים (קס – קסים), בנקבה -ות (מטרייה – מטריות). יש גם יוצאי דופן: אבן – אבנים.</w:t>
      </w:r>
    </w:p>
    <w:p>
      <w:pPr>
        <w:bidi/>
        <w:jc w:val="right"/>
      </w:pPr>
      <w:r>
        <w:rPr>
          <w:rFonts w:ascii="Arial" w:hAnsi="Arial" w:cs="Arial"/>
          <w:b/>
          <w:sz w:val="24"/>
          <w:rtl/>
          <w:szCs w:val="24"/>
          <w:bCs/>
        </w:rPr>
        <w:t>1. בטקס יש הרבה ___ צבעוניות.</w:t>
      </w:r>
    </w:p>
    <w:p>
      <w:pPr>
        <w:bidi/>
        <w:jc w:val="right"/>
      </w:pPr>
      <w:r>
        <w:rPr>
          <w:rFonts w:ascii="Arial" w:hAnsi="Arial" w:cs="Arial"/>
          <w:sz w:val="24"/>
          <w:rtl/>
          <w:szCs w:val="24"/>
        </w:rPr>
        <w:t xml:space="preserve">   ◯ א. מטריות</w:t>
      </w:r>
    </w:p>
    <w:p>
      <w:pPr>
        <w:bidi/>
        <w:jc w:val="right"/>
      </w:pPr>
      <w:r>
        <w:rPr>
          <w:rFonts w:ascii="Arial" w:hAnsi="Arial" w:cs="Arial"/>
          <w:sz w:val="24"/>
          <w:rtl/>
          <w:szCs w:val="24"/>
        </w:rPr>
        <w:t xml:space="preserve">   ◯ ב. מטריים</w:t>
      </w:r>
    </w:p>
    <w:p>
      <w:pPr>
        <w:bidi/>
        <w:jc w:val="right"/>
      </w:pPr>
      <w:r>
        <w:rPr>
          <w:rFonts w:ascii="Arial" w:hAnsi="Arial" w:cs="Arial"/>
          <w:sz w:val="24"/>
          <w:rtl/>
          <w:szCs w:val="24"/>
        </w:rPr>
        <w:t xml:space="preserve">   ◯ ג. מטרייה</w:t>
      </w:r>
    </w:p>
    <w:p>
      <w:pPr>
        <w:bidi/>
        <w:jc w:val="right"/>
      </w:pPr>
      <w:r>
        <w:rPr>
          <w:rFonts w:ascii="Arial" w:hAnsi="Arial" w:cs="Arial"/>
          <w:b/>
          <w:sz w:val="24"/>
          <w:rtl/>
          <w:szCs w:val="24"/>
          <w:bCs/>
        </w:rPr>
        <w:t>2. שני ___ קראו מהאורית.</w:t>
      </w:r>
    </w:p>
    <w:p>
      <w:pPr>
        <w:bidi/>
        <w:jc w:val="right"/>
      </w:pPr>
      <w:r>
        <w:rPr>
          <w:rFonts w:ascii="Arial" w:hAnsi="Arial" w:cs="Arial"/>
          <w:sz w:val="24"/>
          <w:rtl/>
          <w:szCs w:val="24"/>
        </w:rPr>
        <w:t xml:space="preserve">   ◯ א. קסות</w:t>
      </w:r>
    </w:p>
    <w:p>
      <w:pPr>
        <w:bidi/>
        <w:jc w:val="right"/>
      </w:pPr>
      <w:r>
        <w:rPr>
          <w:rFonts w:ascii="Arial" w:hAnsi="Arial" w:cs="Arial"/>
          <w:sz w:val="24"/>
          <w:rtl/>
          <w:szCs w:val="24"/>
        </w:rPr>
        <w:t xml:space="preserve">   ◯ ב. קסים</w:t>
      </w:r>
    </w:p>
    <w:p>
      <w:pPr>
        <w:bidi/>
        <w:jc w:val="right"/>
      </w:pPr>
      <w:r>
        <w:rPr>
          <w:rFonts w:ascii="Arial" w:hAnsi="Arial" w:cs="Arial"/>
          <w:sz w:val="24"/>
          <w:rtl/>
          <w:szCs w:val="24"/>
        </w:rPr>
        <w:t xml:space="preserve">   ◯ ג. קס</w:t>
      </w:r>
    </w:p>
    <w:p>
      <w:pPr>
        <w:bidi/>
        <w:jc w:val="right"/>
      </w:pPr>
      <w:r>
        <w:rPr>
          <w:rFonts w:ascii="Arial" w:hAnsi="Arial" w:cs="Arial"/>
          <w:b/>
          <w:sz w:val="24"/>
          <w:rtl/>
          <w:szCs w:val="24"/>
          <w:bCs/>
        </w:rPr>
        <w:t>3. הם נשאו ___ על הראש.</w:t>
      </w:r>
    </w:p>
    <w:p>
      <w:pPr>
        <w:bidi/>
        <w:jc w:val="right"/>
      </w:pPr>
      <w:r>
        <w:rPr>
          <w:rFonts w:ascii="Arial" w:hAnsi="Arial" w:cs="Arial"/>
          <w:sz w:val="24"/>
          <w:rtl/>
          <w:szCs w:val="24"/>
        </w:rPr>
        <w:t xml:space="preserve">   ◯ א. אבנות</w:t>
      </w:r>
    </w:p>
    <w:p>
      <w:pPr>
        <w:bidi/>
        <w:jc w:val="right"/>
      </w:pPr>
      <w:r>
        <w:rPr>
          <w:rFonts w:ascii="Arial" w:hAnsi="Arial" w:cs="Arial"/>
          <w:sz w:val="24"/>
          <w:rtl/>
          <w:szCs w:val="24"/>
        </w:rPr>
        <w:t xml:space="preserve">   ◯ ב. אבן</w:t>
      </w:r>
    </w:p>
    <w:p>
      <w:pPr>
        <w:bidi/>
        <w:jc w:val="right"/>
      </w:pPr>
      <w:r>
        <w:rPr>
          <w:rFonts w:ascii="Arial" w:hAnsi="Arial" w:cs="Arial"/>
          <w:sz w:val="24"/>
          <w:rtl/>
          <w:szCs w:val="24"/>
        </w:rPr>
        <w:t xml:space="preserve">   ◯ ג. אבנים</w:t>
      </w:r>
    </w:p>
    <w:p>
      <w:pPr>
        <w:bidi/>
        <w:jc w:val="right"/>
      </w:pPr>
      <w:r>
        <w:rPr>
          <w:rFonts w:ascii="Arial" w:hAnsi="Arial" w:cs="Arial"/>
          <w:b/>
          <w:sz w:val="24"/>
          <w:rtl/>
          <w:szCs w:val="24"/>
          <w:bCs/>
        </w:rPr>
        <w:t>4. בחג אוכלים כמה ___ יחד.</w:t>
      </w:r>
    </w:p>
    <w:p>
      <w:pPr>
        <w:bidi/>
        <w:jc w:val="right"/>
      </w:pPr>
      <w:r>
        <w:rPr>
          <w:rFonts w:ascii="Arial" w:hAnsi="Arial" w:cs="Arial"/>
          <w:sz w:val="24"/>
          <w:rtl/>
          <w:szCs w:val="24"/>
        </w:rPr>
        <w:t xml:space="preserve">   ◯ א. ארוחות</w:t>
      </w:r>
    </w:p>
    <w:p>
      <w:pPr>
        <w:bidi/>
        <w:jc w:val="right"/>
      </w:pPr>
      <w:r>
        <w:rPr>
          <w:rFonts w:ascii="Arial" w:hAnsi="Arial" w:cs="Arial"/>
          <w:sz w:val="24"/>
          <w:rtl/>
          <w:szCs w:val="24"/>
        </w:rPr>
        <w:t xml:space="preserve">   ◯ ב. ארוחים</w:t>
      </w:r>
    </w:p>
    <w:p>
      <w:pPr>
        <w:bidi/>
        <w:jc w:val="right"/>
      </w:pPr>
      <w:r>
        <w:rPr>
          <w:rFonts w:ascii="Arial" w:hAnsi="Arial" w:cs="Arial"/>
          <w:sz w:val="24"/>
          <w:rtl/>
          <w:szCs w:val="24"/>
        </w:rPr>
        <w:t xml:space="preserve">   ◯ ג. ארוחה</w:t>
      </w:r>
    </w:p>
    <w:p>
      <w:pPr>
        <w:bidi/>
        <w:jc w:val="right"/>
      </w:pPr>
      <w:r>
        <w:rPr>
          <w:rFonts w:ascii="Arial" w:hAnsi="Arial" w:cs="Arial"/>
          <w:b/>
          <w:sz w:val="24"/>
          <w:rtl/>
          <w:szCs w:val="24"/>
          <w:bCs/>
        </w:rPr>
        <w:t>5. ___ רבות באות לירושלים.</w:t>
      </w:r>
    </w:p>
    <w:p>
      <w:pPr>
        <w:bidi/>
        <w:jc w:val="right"/>
      </w:pPr>
      <w:r>
        <w:rPr>
          <w:rFonts w:ascii="Arial" w:hAnsi="Arial" w:cs="Arial"/>
          <w:sz w:val="24"/>
          <w:rtl/>
          <w:szCs w:val="24"/>
        </w:rPr>
        <w:t xml:space="preserve">   ◯ א. משפחה</w:t>
      </w:r>
    </w:p>
    <w:p>
      <w:pPr>
        <w:bidi/>
        <w:jc w:val="right"/>
      </w:pPr>
      <w:r>
        <w:rPr>
          <w:rFonts w:ascii="Arial" w:hAnsi="Arial" w:cs="Arial"/>
          <w:sz w:val="24"/>
          <w:rtl/>
          <w:szCs w:val="24"/>
        </w:rPr>
        <w:t xml:space="preserve">   ◯ ב. משפחות</w:t>
      </w:r>
    </w:p>
    <w:p>
      <w:pPr>
        <w:bidi/>
        <w:jc w:val="right"/>
      </w:pPr>
      <w:r>
        <w:rPr>
          <w:rFonts w:ascii="Arial" w:hAnsi="Arial" w:cs="Arial"/>
          <w:sz w:val="24"/>
          <w:rtl/>
          <w:szCs w:val="24"/>
        </w:rPr>
        <w:t xml:space="preserve">   ◯ ג. משפחים</w:t>
      </w:r>
    </w:p>
    <w:p>
      <w:pPr>
        <w:bidi/>
        <w:jc w:val="right"/>
      </w:pPr>
      <w:r>
        <w:rPr>
          <w:rFonts w:ascii="Arial" w:hAnsi="Arial" w:cs="Arial"/>
          <w:b/>
          <w:sz w:val="24"/>
          <w:rtl/>
          <w:szCs w:val="24"/>
          <w:bCs/>
        </w:rPr>
        <w:t>6. הם לובשים בגדים ___.</w:t>
      </w:r>
    </w:p>
    <w:p>
      <w:pPr>
        <w:bidi/>
        <w:jc w:val="right"/>
      </w:pPr>
      <w:r>
        <w:rPr>
          <w:rFonts w:ascii="Arial" w:hAnsi="Arial" w:cs="Arial"/>
          <w:sz w:val="24"/>
          <w:rtl/>
          <w:szCs w:val="24"/>
        </w:rPr>
        <w:t xml:space="preserve">   ◯ א. לבן</w:t>
      </w:r>
    </w:p>
    <w:p>
      <w:pPr>
        <w:bidi/>
        <w:jc w:val="right"/>
      </w:pPr>
      <w:r>
        <w:rPr>
          <w:rFonts w:ascii="Arial" w:hAnsi="Arial" w:cs="Arial"/>
          <w:sz w:val="24"/>
          <w:rtl/>
          <w:szCs w:val="24"/>
        </w:rPr>
        <w:t xml:space="preserve">   ◯ ב. לבנות</w:t>
      </w:r>
    </w:p>
    <w:p>
      <w:pPr>
        <w:bidi/>
        <w:jc w:val="right"/>
      </w:pPr>
      <w:r>
        <w:rPr>
          <w:rFonts w:ascii="Arial" w:hAnsi="Arial" w:cs="Arial"/>
          <w:sz w:val="24"/>
          <w:rtl/>
          <w:szCs w:val="24"/>
        </w:rPr>
        <w:t xml:space="preserve">   ◯ ג. לבנים</w:t>
      </w:r>
    </w:p>
    <w:p>
      <w:pPr>
        <w:bidi/>
        <w:jc w:val="right"/>
      </w:pPr>
      <w:r>
        <w:rPr>
          <w:rFonts w:ascii="Arial" w:hAnsi="Arial" w:cs="Arial"/>
          <w:b/>
          <w:color w:val="2B8A3E"/>
          <w:sz w:val="26"/>
          <w:rtl/>
          <w:szCs w:val="26"/>
          <w:bCs/>
        </w:rPr>
        <w:t>▌ מילות יחס</w:t>
      </w:r>
    </w:p>
    <w:p>
      <w:pPr>
        <w:bidi/>
        <w:jc w:val="right"/>
      </w:pPr>
      <w:r>
        <w:rPr>
          <w:rFonts w:ascii="Arial" w:hAnsi="Arial" w:cs="Arial"/>
          <w:sz w:val="24"/>
          <w:rtl/>
          <w:szCs w:val="24"/>
        </w:rPr>
        <w:t>מילות יחס: ב (in/at), ל (to/for), מ / מן (from), על (on/about), עם (with), אל (to), מול (opposite).</w:t>
      </w:r>
    </w:p>
    <w:p>
      <w:pPr>
        <w:bidi/>
        <w:jc w:val="right"/>
      </w:pPr>
      <w:r>
        <w:rPr>
          <w:rFonts w:ascii="Arial" w:hAnsi="Arial" w:cs="Arial"/>
          <w:b/>
          <w:sz w:val="24"/>
          <w:rtl/>
          <w:szCs w:val="24"/>
          <w:bCs/>
        </w:rPr>
        <w:t>1. הטיילת נמצאת ___ העיר.</w:t>
      </w:r>
    </w:p>
    <w:p>
      <w:pPr>
        <w:bidi/>
        <w:jc w:val="right"/>
      </w:pPr>
      <w:r>
        <w:rPr>
          <w:rFonts w:ascii="Arial" w:hAnsi="Arial" w:cs="Arial"/>
          <w:sz w:val="24"/>
          <w:rtl/>
          <w:szCs w:val="24"/>
        </w:rPr>
        <w:t xml:space="preserve">   ◯ א. מול</w:t>
      </w:r>
    </w:p>
    <w:p>
      <w:pPr>
        <w:bidi/>
        <w:jc w:val="right"/>
      </w:pPr>
      <w:r>
        <w:rPr>
          <w:rFonts w:ascii="Arial" w:hAnsi="Arial" w:cs="Arial"/>
          <w:sz w:val="24"/>
          <w:rtl/>
          <w:szCs w:val="24"/>
        </w:rPr>
        <w:t xml:space="preserve">   ◯ ב. עם</w:t>
      </w:r>
    </w:p>
    <w:p>
      <w:pPr>
        <w:bidi/>
        <w:jc w:val="right"/>
      </w:pPr>
      <w:r>
        <w:rPr>
          <w:rFonts w:ascii="Arial" w:hAnsi="Arial" w:cs="Arial"/>
          <w:sz w:val="24"/>
          <w:rtl/>
          <w:szCs w:val="24"/>
        </w:rPr>
        <w:t xml:space="preserve">   ◯ ג. מן</w:t>
      </w:r>
    </w:p>
    <w:p>
      <w:pPr>
        <w:bidi/>
        <w:jc w:val="right"/>
      </w:pPr>
      <w:r>
        <w:rPr>
          <w:rFonts w:ascii="Arial" w:hAnsi="Arial" w:cs="Arial"/>
          <w:b/>
          <w:sz w:val="24"/>
          <w:rtl/>
          <w:szCs w:val="24"/>
          <w:bCs/>
        </w:rPr>
        <w:t>2. מיכאל בא לחגוג ___ חברים מהאולפן.</w:t>
      </w:r>
    </w:p>
    <w:p>
      <w:pPr>
        <w:bidi/>
        <w:jc w:val="right"/>
      </w:pPr>
      <w:r>
        <w:rPr>
          <w:rFonts w:ascii="Arial" w:hAnsi="Arial" w:cs="Arial"/>
          <w:sz w:val="24"/>
          <w:rtl/>
          <w:szCs w:val="24"/>
        </w:rPr>
        <w:t xml:space="preserve">   ◯ א. על</w:t>
      </w:r>
    </w:p>
    <w:p>
      <w:pPr>
        <w:bidi/>
        <w:jc w:val="right"/>
      </w:pPr>
      <w:r>
        <w:rPr>
          <w:rFonts w:ascii="Arial" w:hAnsi="Arial" w:cs="Arial"/>
          <w:sz w:val="24"/>
          <w:rtl/>
          <w:szCs w:val="24"/>
        </w:rPr>
        <w:t xml:space="preserve">   ◯ ב. עם</w:t>
      </w:r>
    </w:p>
    <w:p>
      <w:pPr>
        <w:bidi/>
        <w:jc w:val="right"/>
      </w:pPr>
      <w:r>
        <w:rPr>
          <w:rFonts w:ascii="Arial" w:hAnsi="Arial" w:cs="Arial"/>
          <w:sz w:val="24"/>
          <w:rtl/>
          <w:szCs w:val="24"/>
        </w:rPr>
        <w:t xml:space="preserve">   ◯ ג. אל</w:t>
      </w:r>
    </w:p>
    <w:p>
      <w:pPr>
        <w:bidi/>
        <w:jc w:val="right"/>
      </w:pPr>
      <w:r>
        <w:rPr>
          <w:rFonts w:ascii="Arial" w:hAnsi="Arial" w:cs="Arial"/>
          <w:b/>
          <w:sz w:val="24"/>
          <w:rtl/>
          <w:szCs w:val="24"/>
          <w:bCs/>
        </w:rPr>
        <w:t>3. אחרי הצהריים הם ירדו ___ ההר.</w:t>
      </w:r>
    </w:p>
    <w:p>
      <w:pPr>
        <w:bidi/>
        <w:jc w:val="right"/>
      </w:pPr>
      <w:r>
        <w:rPr>
          <w:rFonts w:ascii="Arial" w:hAnsi="Arial" w:cs="Arial"/>
          <w:sz w:val="24"/>
          <w:rtl/>
          <w:szCs w:val="24"/>
        </w:rPr>
        <w:t xml:space="preserve">   ◯ א. עם</w:t>
      </w:r>
    </w:p>
    <w:p>
      <w:pPr>
        <w:bidi/>
        <w:jc w:val="right"/>
      </w:pPr>
      <w:r>
        <w:rPr>
          <w:rFonts w:ascii="Arial" w:hAnsi="Arial" w:cs="Arial"/>
          <w:sz w:val="24"/>
          <w:rtl/>
          <w:szCs w:val="24"/>
        </w:rPr>
        <w:t xml:space="preserve">   ◯ ב. אל</w:t>
      </w:r>
    </w:p>
    <w:p>
      <w:pPr>
        <w:bidi/>
        <w:jc w:val="right"/>
      </w:pPr>
      <w:r>
        <w:rPr>
          <w:rFonts w:ascii="Arial" w:hAnsi="Arial" w:cs="Arial"/>
          <w:sz w:val="24"/>
          <w:rtl/>
          <w:szCs w:val="24"/>
        </w:rPr>
        <w:t xml:space="preserve">   ◯ ג. מן</w:t>
      </w:r>
    </w:p>
    <w:p>
      <w:pPr>
        <w:bidi/>
        <w:jc w:val="right"/>
      </w:pPr>
      <w:r>
        <w:rPr>
          <w:rFonts w:ascii="Arial" w:hAnsi="Arial" w:cs="Arial"/>
          <w:b/>
          <w:sz w:val="24"/>
          <w:rtl/>
          <w:szCs w:val="24"/>
          <w:bCs/>
        </w:rPr>
        <w:t>4. הם התגעגעו ___ ירושלים.</w:t>
      </w:r>
    </w:p>
    <w:p>
      <w:pPr>
        <w:bidi/>
        <w:jc w:val="right"/>
      </w:pPr>
      <w:r>
        <w:rPr>
          <w:rFonts w:ascii="Arial" w:hAnsi="Arial" w:cs="Arial"/>
          <w:sz w:val="24"/>
          <w:rtl/>
          <w:szCs w:val="24"/>
        </w:rPr>
        <w:t xml:space="preserve">   ◯ א. אל</w:t>
      </w:r>
    </w:p>
    <w:p>
      <w:pPr>
        <w:bidi/>
        <w:jc w:val="right"/>
      </w:pPr>
      <w:r>
        <w:rPr>
          <w:rFonts w:ascii="Arial" w:hAnsi="Arial" w:cs="Arial"/>
          <w:sz w:val="24"/>
          <w:rtl/>
          <w:szCs w:val="24"/>
        </w:rPr>
        <w:t xml:space="preserve">   ◯ ב. על</w:t>
      </w:r>
    </w:p>
    <w:p>
      <w:pPr>
        <w:bidi/>
        <w:jc w:val="right"/>
      </w:pPr>
      <w:r>
        <w:rPr>
          <w:rFonts w:ascii="Arial" w:hAnsi="Arial" w:cs="Arial"/>
          <w:sz w:val="24"/>
          <w:rtl/>
          <w:szCs w:val="24"/>
        </w:rPr>
        <w:t xml:space="preserve">   ◯ ג. מן</w:t>
      </w:r>
    </w:p>
    <w:p>
      <w:pPr>
        <w:bidi/>
        <w:jc w:val="right"/>
      </w:pPr>
      <w:r>
        <w:rPr>
          <w:rFonts w:ascii="Arial" w:hAnsi="Arial" w:cs="Arial"/>
          <w:b/>
          <w:sz w:val="24"/>
          <w:rtl/>
          <w:szCs w:val="24"/>
          <w:bCs/>
        </w:rPr>
        <w:t>5. הקסים מחזיקים מטריות ___ הראש.</w:t>
      </w:r>
    </w:p>
    <w:p>
      <w:pPr>
        <w:bidi/>
        <w:jc w:val="right"/>
      </w:pPr>
      <w:r>
        <w:rPr>
          <w:rFonts w:ascii="Arial" w:hAnsi="Arial" w:cs="Arial"/>
          <w:sz w:val="24"/>
          <w:rtl/>
          <w:szCs w:val="24"/>
        </w:rPr>
        <w:t xml:space="preserve">   ◯ א. עם</w:t>
      </w:r>
    </w:p>
    <w:p>
      <w:pPr>
        <w:bidi/>
        <w:jc w:val="right"/>
      </w:pPr>
      <w:r>
        <w:rPr>
          <w:rFonts w:ascii="Arial" w:hAnsi="Arial" w:cs="Arial"/>
          <w:sz w:val="24"/>
          <w:rtl/>
          <w:szCs w:val="24"/>
        </w:rPr>
        <w:t xml:space="preserve">   ◯ ב. מעל</w:t>
      </w:r>
    </w:p>
    <w:p>
      <w:pPr>
        <w:bidi/>
        <w:jc w:val="right"/>
      </w:pPr>
      <w:r>
        <w:rPr>
          <w:rFonts w:ascii="Arial" w:hAnsi="Arial" w:cs="Arial"/>
          <w:sz w:val="24"/>
          <w:rtl/>
          <w:szCs w:val="24"/>
        </w:rPr>
        <w:t xml:space="preserve">   ◯ ג. אל</w:t>
      </w:r>
    </w:p>
    <w:p>
      <w:pPr>
        <w:bidi/>
        <w:jc w:val="right"/>
      </w:pPr>
      <w:r>
        <w:rPr>
          <w:rFonts w:ascii="Arial" w:hAnsi="Arial" w:cs="Arial"/>
          <w:b/>
          <w:sz w:val="24"/>
          <w:rtl/>
          <w:szCs w:val="24"/>
          <w:bCs/>
        </w:rPr>
        <w:t>6. הקסים מדברים ___ התורה ועל הברית.</w:t>
      </w:r>
    </w:p>
    <w:p>
      <w:pPr>
        <w:bidi/>
        <w:jc w:val="right"/>
      </w:pPr>
      <w:r>
        <w:rPr>
          <w:rFonts w:ascii="Arial" w:hAnsi="Arial" w:cs="Arial"/>
          <w:sz w:val="24"/>
          <w:rtl/>
          <w:szCs w:val="24"/>
        </w:rPr>
        <w:t xml:space="preserve">   ◯ א. מן</w:t>
      </w:r>
    </w:p>
    <w:p>
      <w:pPr>
        <w:bidi/>
        <w:jc w:val="right"/>
      </w:pPr>
      <w:r>
        <w:rPr>
          <w:rFonts w:ascii="Arial" w:hAnsi="Arial" w:cs="Arial"/>
          <w:sz w:val="24"/>
          <w:rtl/>
          <w:szCs w:val="24"/>
        </w:rPr>
        <w:t xml:space="preserve">   ◯ ב. עם</w:t>
      </w:r>
    </w:p>
    <w:p>
      <w:pPr>
        <w:bidi/>
        <w:jc w:val="right"/>
      </w:pPr>
      <w:r>
        <w:rPr>
          <w:rFonts w:ascii="Arial" w:hAnsi="Arial" w:cs="Arial"/>
          <w:sz w:val="24"/>
          <w:rtl/>
          <w:szCs w:val="24"/>
        </w:rPr>
        <w:t xml:space="preserve">   ◯ ג. על</w:t>
      </w:r>
    </w:p>
    <w:p>
      <w:r>
        <w:br w:type="page"/>
      </w:r>
    </w:p>
    <w:p>
      <w:pPr>
        <w:bidi/>
        <w:pStyle w:val="Heading1"/>
        <w:jc w:val="right"/>
      </w:pPr>
      <w:r>
        <w:rPr>
          <w:rFonts w:ascii="Arial" w:hAnsi="Arial" w:cs="Arial"/>
          <w:b/>
          <w:color w:val="A63C06"/>
          <w:sz w:val="40"/>
          <w:rtl/>
          <w:szCs w:val="40"/>
          <w:bCs/>
        </w:rPr>
        <w:t>חלק ג׳ – מדברים וכותבים 🗣️</w:t>
      </w:r>
    </w:p>
    <w:p>
      <w:pPr>
        <w:bidi/>
        <w:pStyle w:val="Heading2"/>
        <w:jc w:val="right"/>
      </w:pPr>
      <w:r>
        <w:rPr>
          <w:rFonts w:ascii="Arial" w:hAnsi="Arial" w:cs="Arial"/>
          <w:b/>
          <w:color w:val="2B8A3E"/>
          <w:sz w:val="32"/>
          <w:rtl/>
          <w:szCs w:val="32"/>
          <w:bCs/>
        </w:rPr>
        <w:t>💬 ביטויים מהחג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FE8CC"/>
          </w:tcPr>
          <w:p>
            <w:pPr>
              <w:bidi/>
              <w:jc w:val="right"/>
            </w:pPr>
            <w:r>
              <w:rPr>
                <w:rFonts w:ascii="Arial" w:hAnsi="Arial" w:cs="Arial"/>
                <w:b/>
                <w:sz w:val="22"/>
                <w:rtl/>
                <w:szCs w:val="22"/>
                <w:bCs/>
              </w:rPr>
              <w:t>ביטוי</w:t>
            </w:r>
          </w:p>
        </w:tc>
        <w:tc>
          <w:tcPr>
            <w:tcW w:type="dxa" w:w="3475"/>
            <w:shd w:val="clear" w:fill="FFE8CC"/>
          </w:tcPr>
          <w:p>
            <w:pPr>
              <w:bidi/>
              <w:jc w:val="right"/>
            </w:pPr>
            <w:r>
              <w:rPr>
                <w:rFonts w:ascii="Arial" w:hAnsi="Arial" w:cs="Arial"/>
                <w:b/>
                <w:sz w:val="22"/>
                <w:rtl/>
                <w:szCs w:val="22"/>
                <w:bCs/>
              </w:rPr>
              <w:t>English</w:t>
            </w:r>
          </w:p>
        </w:tc>
        <w:tc>
          <w:tcPr>
            <w:tcW w:type="dxa" w:w="3475"/>
            <w:shd w:val="clear" w:fill="FFE8CC"/>
          </w:tcPr>
          <w:p>
            <w:pPr>
              <w:bidi/>
              <w:jc w:val="right"/>
            </w:pPr>
            <w:r>
              <w:rPr>
                <w:rFonts w:ascii="Arial" w:hAnsi="Arial" w:cs="Arial"/>
                <w:b/>
                <w:sz w:val="22"/>
                <w:rtl/>
                <w:szCs w:val="22"/>
                <w:bCs/>
              </w:rPr>
              <w:t>מתי / מה זה?</w:t>
            </w:r>
          </w:p>
        </w:tc>
      </w:tr>
      <w:tr>
        <w:tc>
          <w:tcPr>
            <w:tcW w:type="dxa" w:w="3475"/>
          </w:tcPr>
          <w:p>
            <w:pPr>
              <w:bidi/>
              <w:jc w:val="right"/>
            </w:pPr>
            <w:r>
              <w:rPr>
                <w:rFonts w:ascii="Arial" w:hAnsi="Arial" w:cs="Arial"/>
                <w:sz w:val="22"/>
                <w:rtl/>
                <w:szCs w:val="22"/>
              </w:rPr>
              <w:t>חג סיגד שמח!</w:t>
            </w:r>
          </w:p>
        </w:tc>
        <w:tc>
          <w:tcPr>
            <w:tcW w:type="dxa" w:w="3475"/>
          </w:tcPr>
          <w:p>
            <w:pPr>
              <w:bidi/>
              <w:jc w:val="right"/>
            </w:pPr>
            <w:r>
              <w:rPr>
                <w:rFonts w:ascii="Arial" w:hAnsi="Arial" w:cs="Arial"/>
                <w:sz w:val="22"/>
                <w:rtl/>
                <w:szCs w:val="22"/>
              </w:rPr>
              <w:t>Happy Sigd!</w:t>
            </w:r>
          </w:p>
        </w:tc>
        <w:tc>
          <w:tcPr>
            <w:tcW w:type="dxa" w:w="3475"/>
          </w:tcPr>
          <w:p>
            <w:pPr>
              <w:bidi/>
              <w:jc w:val="right"/>
            </w:pPr>
            <w:r>
              <w:rPr>
                <w:rFonts w:ascii="Arial" w:hAnsi="Arial" w:cs="Arial"/>
                <w:sz w:val="22"/>
                <w:rtl/>
                <w:szCs w:val="22"/>
              </w:rPr>
              <w:t>ברכה לחג – אפשר לומר לכל אחד ואחת, גם למי שלא מכירים.</w:t>
            </w:r>
          </w:p>
        </w:tc>
      </w:tr>
      <w:tr>
        <w:tc>
          <w:tcPr>
            <w:tcW w:type="dxa" w:w="3475"/>
          </w:tcPr>
          <w:p>
            <w:pPr>
              <w:bidi/>
              <w:jc w:val="right"/>
            </w:pPr>
            <w:r>
              <w:rPr>
                <w:rFonts w:ascii="Arial" w:hAnsi="Arial" w:cs="Arial"/>
                <w:sz w:val="22"/>
                <w:rtl/>
                <w:szCs w:val="22"/>
              </w:rPr>
              <w:t>ברוכים הבאים לחגיגה! / ברוכות הבאות!</w:t>
            </w:r>
          </w:p>
        </w:tc>
        <w:tc>
          <w:tcPr>
            <w:tcW w:type="dxa" w:w="3475"/>
          </w:tcPr>
          <w:p>
            <w:pPr>
              <w:bidi/>
              <w:jc w:val="right"/>
            </w:pPr>
            <w:r>
              <w:rPr>
                <w:rFonts w:ascii="Arial" w:hAnsi="Arial" w:cs="Arial"/>
                <w:sz w:val="22"/>
                <w:rtl/>
                <w:szCs w:val="22"/>
              </w:rPr>
              <w:t>Welcome to the celebration!</w:t>
            </w:r>
          </w:p>
        </w:tc>
        <w:tc>
          <w:tcPr>
            <w:tcW w:type="dxa" w:w="3475"/>
          </w:tcPr>
          <w:p>
            <w:pPr>
              <w:bidi/>
              <w:jc w:val="right"/>
            </w:pPr>
            <w:r>
              <w:rPr>
                <w:rFonts w:ascii="Arial" w:hAnsi="Arial" w:cs="Arial"/>
                <w:sz w:val="22"/>
                <w:rtl/>
                <w:szCs w:val="22"/>
              </w:rPr>
              <w:t>אומרים למי שמגיע. בעברית יש צורה לזכר ולנקבה.</w:t>
            </w:r>
          </w:p>
        </w:tc>
      </w:tr>
      <w:tr>
        <w:tc>
          <w:tcPr>
            <w:tcW w:type="dxa" w:w="3475"/>
          </w:tcPr>
          <w:p>
            <w:pPr>
              <w:bidi/>
              <w:jc w:val="right"/>
            </w:pPr>
            <w:r>
              <w:rPr>
                <w:rFonts w:ascii="Arial" w:hAnsi="Arial" w:cs="Arial"/>
                <w:sz w:val="22"/>
                <w:rtl/>
                <w:szCs w:val="22"/>
              </w:rPr>
              <w:t>בשנה הבאה בירושלים!</w:t>
            </w:r>
          </w:p>
        </w:tc>
        <w:tc>
          <w:tcPr>
            <w:tcW w:type="dxa" w:w="3475"/>
          </w:tcPr>
          <w:p>
            <w:pPr>
              <w:bidi/>
              <w:jc w:val="right"/>
            </w:pPr>
            <w:r>
              <w:rPr>
                <w:rFonts w:ascii="Arial" w:hAnsi="Arial" w:cs="Arial"/>
                <w:sz w:val="22"/>
                <w:rtl/>
                <w:szCs w:val="22"/>
              </w:rPr>
              <w:t>Next year in Jerusalem!</w:t>
            </w:r>
          </w:p>
        </w:tc>
        <w:tc>
          <w:tcPr>
            <w:tcW w:type="dxa" w:w="3475"/>
          </w:tcPr>
          <w:p>
            <w:pPr>
              <w:bidi/>
              <w:jc w:val="right"/>
            </w:pPr>
            <w:r>
              <w:rPr>
                <w:rFonts w:ascii="Arial" w:hAnsi="Arial" w:cs="Arial"/>
                <w:sz w:val="22"/>
                <w:rtl/>
                <w:szCs w:val="22"/>
              </w:rPr>
              <w:t>משפט של תקווה וגעגועים. אומרים אותו בתפילה ובחגים.</w:t>
            </w:r>
          </w:p>
        </w:tc>
      </w:tr>
      <w:tr>
        <w:tc>
          <w:tcPr>
            <w:tcW w:type="dxa" w:w="3475"/>
          </w:tcPr>
          <w:p>
            <w:pPr>
              <w:bidi/>
              <w:jc w:val="right"/>
            </w:pPr>
            <w:r>
              <w:rPr>
                <w:rFonts w:ascii="Arial" w:hAnsi="Arial" w:cs="Arial"/>
                <w:sz w:val="22"/>
                <w:rtl/>
                <w:szCs w:val="22"/>
              </w:rPr>
              <w:t>אני מתגעגע / מתגעגעת ל…</w:t>
            </w:r>
          </w:p>
        </w:tc>
        <w:tc>
          <w:tcPr>
            <w:tcW w:type="dxa" w:w="3475"/>
          </w:tcPr>
          <w:p>
            <w:pPr>
              <w:bidi/>
              <w:jc w:val="right"/>
            </w:pPr>
            <w:r>
              <w:rPr>
                <w:rFonts w:ascii="Arial" w:hAnsi="Arial" w:cs="Arial"/>
                <w:sz w:val="22"/>
                <w:rtl/>
                <w:szCs w:val="22"/>
              </w:rPr>
              <w:t>I miss…</w:t>
            </w:r>
          </w:p>
        </w:tc>
        <w:tc>
          <w:tcPr>
            <w:tcW w:type="dxa" w:w="3475"/>
          </w:tcPr>
          <w:p>
            <w:pPr>
              <w:bidi/>
              <w:jc w:val="right"/>
            </w:pPr>
            <w:r>
              <w:rPr>
                <w:rFonts w:ascii="Arial" w:hAnsi="Arial" w:cs="Arial"/>
                <w:sz w:val="22"/>
                <w:rtl/>
                <w:szCs w:val="22"/>
              </w:rPr>
              <w:t>אחרי "מתגעגע" באה ל: מתגעגעת לבית, מתגעגע לחברים.</w:t>
            </w:r>
          </w:p>
        </w:tc>
      </w:tr>
      <w:tr>
        <w:tc>
          <w:tcPr>
            <w:tcW w:type="dxa" w:w="3475"/>
          </w:tcPr>
          <w:p>
            <w:pPr>
              <w:bidi/>
              <w:jc w:val="right"/>
            </w:pPr>
            <w:r>
              <w:rPr>
                <w:rFonts w:ascii="Arial" w:hAnsi="Arial" w:cs="Arial"/>
                <w:sz w:val="22"/>
                <w:rtl/>
                <w:szCs w:val="22"/>
              </w:rPr>
              <w:t>אפשר להסביר לי מה זה …?</w:t>
            </w:r>
          </w:p>
        </w:tc>
        <w:tc>
          <w:tcPr>
            <w:tcW w:type="dxa" w:w="3475"/>
          </w:tcPr>
          <w:p>
            <w:pPr>
              <w:bidi/>
              <w:jc w:val="right"/>
            </w:pPr>
            <w:r>
              <w:rPr>
                <w:rFonts w:ascii="Arial" w:hAnsi="Arial" w:cs="Arial"/>
                <w:sz w:val="22"/>
                <w:rtl/>
                <w:szCs w:val="22"/>
              </w:rPr>
              <w:t>Can you explain to me what … is?</w:t>
            </w:r>
          </w:p>
        </w:tc>
        <w:tc>
          <w:tcPr>
            <w:tcW w:type="dxa" w:w="3475"/>
          </w:tcPr>
          <w:p>
            <w:pPr>
              <w:bidi/>
              <w:jc w:val="right"/>
            </w:pPr>
            <w:r>
              <w:rPr>
                <w:rFonts w:ascii="Arial" w:hAnsi="Arial" w:cs="Arial"/>
                <w:sz w:val="22"/>
                <w:rtl/>
                <w:szCs w:val="22"/>
              </w:rPr>
              <w:t>שאלה מנומסת כשיש מילה חדשה. זה בסדר לשאול!</w:t>
            </w:r>
          </w:p>
        </w:tc>
      </w:tr>
      <w:tr>
        <w:tc>
          <w:tcPr>
            <w:tcW w:type="dxa" w:w="3475"/>
          </w:tcPr>
          <w:p>
            <w:pPr>
              <w:bidi/>
              <w:jc w:val="right"/>
            </w:pPr>
            <w:r>
              <w:rPr>
                <w:rFonts w:ascii="Arial" w:hAnsi="Arial" w:cs="Arial"/>
                <w:sz w:val="22"/>
                <w:rtl/>
                <w:szCs w:val="22"/>
              </w:rPr>
              <w:t>אני רוצה להצטרף אליכם!</w:t>
            </w:r>
          </w:p>
        </w:tc>
        <w:tc>
          <w:tcPr>
            <w:tcW w:type="dxa" w:w="3475"/>
          </w:tcPr>
          <w:p>
            <w:pPr>
              <w:bidi/>
              <w:jc w:val="right"/>
            </w:pPr>
            <w:r>
              <w:rPr>
                <w:rFonts w:ascii="Arial" w:hAnsi="Arial" w:cs="Arial"/>
                <w:sz w:val="22"/>
                <w:rtl/>
                <w:szCs w:val="22"/>
              </w:rPr>
              <w:t>I want to join you!</w:t>
            </w:r>
          </w:p>
        </w:tc>
        <w:tc>
          <w:tcPr>
            <w:tcW w:type="dxa" w:w="3475"/>
          </w:tcPr>
          <w:p>
            <w:pPr>
              <w:bidi/>
              <w:jc w:val="right"/>
            </w:pPr>
            <w:r>
              <w:rPr>
                <w:rFonts w:ascii="Arial" w:hAnsi="Arial" w:cs="Arial"/>
                <w:sz w:val="22"/>
                <w:rtl/>
                <w:szCs w:val="22"/>
              </w:rPr>
              <w:t>כשמזמינים אותך לרקוד או לשבת יחד.</w:t>
            </w:r>
          </w:p>
        </w:tc>
      </w:tr>
      <w:tr>
        <w:tc>
          <w:tcPr>
            <w:tcW w:type="dxa" w:w="3475"/>
          </w:tcPr>
          <w:p>
            <w:pPr>
              <w:bidi/>
              <w:jc w:val="right"/>
            </w:pPr>
            <w:r>
              <w:rPr>
                <w:rFonts w:ascii="Arial" w:hAnsi="Arial" w:cs="Arial"/>
                <w:sz w:val="22"/>
                <w:rtl/>
                <w:szCs w:val="22"/>
              </w:rPr>
              <w:t>תודה שהזמנתם אותי.</w:t>
            </w:r>
          </w:p>
        </w:tc>
        <w:tc>
          <w:tcPr>
            <w:tcW w:type="dxa" w:w="3475"/>
          </w:tcPr>
          <w:p>
            <w:pPr>
              <w:bidi/>
              <w:jc w:val="right"/>
            </w:pPr>
            <w:r>
              <w:rPr>
                <w:rFonts w:ascii="Arial" w:hAnsi="Arial" w:cs="Arial"/>
                <w:sz w:val="22"/>
                <w:rtl/>
                <w:szCs w:val="22"/>
              </w:rPr>
              <w:t>Thank you for inviting me.</w:t>
            </w:r>
          </w:p>
        </w:tc>
        <w:tc>
          <w:tcPr>
            <w:tcW w:type="dxa" w:w="3475"/>
          </w:tcPr>
          <w:p>
            <w:pPr>
              <w:bidi/>
              <w:jc w:val="right"/>
            </w:pPr>
            <w:r>
              <w:rPr>
                <w:rFonts w:ascii="Arial" w:hAnsi="Arial" w:cs="Arial"/>
                <w:sz w:val="22"/>
                <w:rtl/>
                <w:szCs w:val="22"/>
              </w:rPr>
              <w:t>אומרים למארחים בסוף החגיגה.</w:t>
            </w:r>
          </w:p>
        </w:tc>
      </w:tr>
    </w:tbl>
    <w:p>
      <w:pPr>
        <w:bidi/>
        <w:jc w:val="right"/>
      </w:pPr>
    </w:p>
    <w:p>
      <w:pPr>
        <w:bidi/>
        <w:pStyle w:val="Heading2"/>
        <w:jc w:val="right"/>
      </w:pPr>
      <w:r>
        <w:rPr>
          <w:rFonts w:ascii="Arial" w:hAnsi="Arial" w:cs="Arial"/>
          <w:b/>
          <w:color w:val="2B8A3E"/>
          <w:sz w:val="32"/>
          <w:rtl/>
          <w:szCs w:val="32"/>
          <w:bCs/>
        </w:rPr>
        <w:t>✍️ החג שלי / הגעגועים שלי</w:t>
      </w:r>
    </w:p>
    <w:p>
      <w:pPr>
        <w:bidi/>
        <w:jc w:val="right"/>
      </w:pPr>
      <w:r>
        <w:rPr>
          <w:rFonts w:ascii="Arial" w:hAnsi="Arial" w:cs="Arial"/>
          <w:color w:val="555577"/>
          <w:sz w:val="24"/>
          <w:rtl/>
          <w:szCs w:val="24"/>
        </w:rPr>
        <w:t>כתבו 6–8 משפטים על חג שאתם אוהבים או על משהו שאתם מתגעגעים אליו. אפשר לכתוב על עצמכם או על דמות מדומיינת. השיתוף בכיתה – רק למי שרוצה.</w:t>
      </w:r>
    </w:p>
    <w:p>
      <w:pPr>
        <w:bidi/>
        <w:jc w:val="right"/>
      </w:pPr>
      <w:r>
        <w:rPr>
          <w:rFonts w:ascii="Arial" w:hAnsi="Arial" w:cs="Arial"/>
          <w:sz w:val="24"/>
          <w:rtl/>
          <w:szCs w:val="24"/>
        </w:rPr>
        <w:t>פתיחות: החג שאני הכי אוהב / אוהבת הוא…, כי… / בחג הזה אנחנו… / אני מתגעגע / מתגעגעת ל… / הריח או הטעם שמזכיר לי את הבית הוא… / בסיגד הבנתי ש… / כמו הקהילה של ביתא ישראל, גם אני מקווה ש… / בישראל מצאתי…</w:t>
      </w:r>
    </w:p>
    <w:p>
      <w:pPr>
        <w:bidi/>
        <w:jc w:val="right"/>
      </w:pPr>
      <w:r>
        <w:rPr>
          <w:rFonts w:ascii="Arial" w:hAnsi="Arial" w:cs="Arial"/>
          <w:sz w:val="24"/>
          <w:rtl/>
          <w:szCs w:val="24"/>
        </w:rPr>
        <w:t>מילים שיעזרו: מסורת · תפילה · ארוחה · ריח · טעם · שיר · שפה · חברים · קהילה · געגועים · תקווה · יחד · לחגוג · לזכור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b/>
          <w:sz w:val="24"/>
          <w:rtl/>
          <w:szCs w:val="24"/>
          <w:bCs/>
        </w:rPr>
        <w:t>שם: ____________   כיתה: ______   תאריך: ______</w:t>
      </w:r>
    </w:p>
    <w:p>
      <w:pPr>
        <w:bidi/>
        <w:jc w:val="right"/>
      </w:pPr>
      <w:r>
        <w:rPr>
          <w:rFonts w:ascii="Arial" w:hAnsi="Arial" w:cs="Arial"/>
          <w:sz w:val="24"/>
          <w:rtl/>
          <w:szCs w:val="24"/>
        </w:rPr>
        <w:t>1. שלוש מילים חדשות מהיום: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משפט אחד: למה הקסים הסבירו את האורית באמהרית?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דבר אחד שהפתיע אותי בסיגד: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  🙂  🤔</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הסיגד לכולם – דף עבודה לתלמיד – 🌍 חט״ב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